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AE8C" w14:textId="77777777" w:rsidR="00D23172" w:rsidRDefault="00BE4B1B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HOÀ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</w:p>
    <w:p w14:paraId="2B23F81E" w14:textId="77777777" w:rsidR="00D23172" w:rsidRDefault="00BE4B1B">
      <w:pPr>
        <w:spacing w:after="40"/>
        <w:jc w:val="center"/>
      </w:pPr>
      <w:r>
        <w:rPr>
          <w:b/>
          <w:sz w:val="26"/>
        </w:rPr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1DF266C6" w14:textId="77777777" w:rsidR="00D23172" w:rsidRDefault="00BE4B1B">
      <w:pPr>
        <w:spacing w:after="280"/>
        <w:jc w:val="center"/>
      </w:pPr>
      <w:r>
        <w:t>----------o0o----------</w:t>
      </w:r>
    </w:p>
    <w:p w14:paraId="775D8587" w14:textId="77777777" w:rsidR="00D23172" w:rsidRDefault="00BE4B1B">
      <w:pPr>
        <w:spacing w:after="80"/>
        <w:jc w:val="center"/>
      </w:pPr>
      <w:r>
        <w:rPr>
          <w:b/>
          <w:sz w:val="30"/>
        </w:rPr>
        <w:t>H</w:t>
      </w:r>
      <w:r>
        <w:rPr>
          <w:b/>
          <w:sz w:val="30"/>
        </w:rPr>
        <w:t>Ợ</w:t>
      </w:r>
      <w:r>
        <w:rPr>
          <w:b/>
          <w:sz w:val="30"/>
        </w:rPr>
        <w:t>P Đ</w:t>
      </w:r>
      <w:r>
        <w:rPr>
          <w:b/>
          <w:sz w:val="30"/>
        </w:rPr>
        <w:t>Ồ</w:t>
      </w:r>
      <w:r>
        <w:rPr>
          <w:b/>
          <w:sz w:val="30"/>
        </w:rPr>
        <w:t>NG MUA BÁN</w:t>
      </w:r>
    </w:p>
    <w:p w14:paraId="59D896CF" w14:textId="0E06B0F9" w:rsidR="00D23172" w:rsidRDefault="00BE4B1B">
      <w:pPr>
        <w:spacing w:after="280"/>
        <w:jc w:val="center"/>
      </w:pPr>
      <w:r>
        <w:rPr>
          <w:i/>
        </w:rPr>
        <w:t>S</w:t>
      </w:r>
      <w:r>
        <w:rPr>
          <w:i/>
        </w:rPr>
        <w:t>ố</w:t>
      </w:r>
      <w:r>
        <w:rPr>
          <w:i/>
        </w:rPr>
        <w:t xml:space="preserve">: </w:t>
      </w:r>
      <w:r w:rsidR="00394D51">
        <w:rPr>
          <w:i/>
        </w:rPr>
        <w:t>……</w:t>
      </w:r>
      <w:r>
        <w:rPr>
          <w:i/>
        </w:rPr>
        <w:t>/2026/HĐMB/NT-PP</w:t>
      </w:r>
    </w:p>
    <w:p w14:paraId="651E6C52" w14:textId="77777777" w:rsidR="00D23172" w:rsidRDefault="00BE4B1B">
      <w:pPr>
        <w:spacing w:after="60"/>
        <w:jc w:val="both"/>
      </w:pPr>
      <w:r>
        <w:rPr>
          <w:i/>
        </w:rPr>
        <w:t>- Căn c</w:t>
      </w:r>
      <w:r>
        <w:rPr>
          <w:i/>
        </w:rPr>
        <w:t>ứ</w:t>
      </w:r>
      <w:r>
        <w:rPr>
          <w:i/>
        </w:rPr>
        <w:t xml:space="preserve"> B</w:t>
      </w:r>
      <w:r>
        <w:rPr>
          <w:i/>
        </w:rPr>
        <w:t>ộ</w:t>
      </w:r>
      <w:r>
        <w:rPr>
          <w:i/>
        </w:rPr>
        <w:t xml:space="preserve"> Lu</w:t>
      </w:r>
      <w:r>
        <w:rPr>
          <w:i/>
        </w:rPr>
        <w:t>ậ</w:t>
      </w:r>
      <w:r>
        <w:rPr>
          <w:i/>
        </w:rPr>
        <w:t>t Thương m</w:t>
      </w:r>
      <w:r>
        <w:rPr>
          <w:i/>
        </w:rPr>
        <w:t>ạ</w:t>
      </w:r>
      <w:r>
        <w:rPr>
          <w:i/>
        </w:rPr>
        <w:t>i đư</w:t>
      </w:r>
      <w:r>
        <w:rPr>
          <w:i/>
        </w:rPr>
        <w:t>ợ</w:t>
      </w:r>
      <w:r>
        <w:rPr>
          <w:i/>
        </w:rPr>
        <w:t>c Qu</w:t>
      </w:r>
      <w:r>
        <w:rPr>
          <w:i/>
        </w:rPr>
        <w:t>ố</w:t>
      </w:r>
      <w:r>
        <w:rPr>
          <w:i/>
        </w:rPr>
        <w:t>c h</w:t>
      </w:r>
      <w:r>
        <w:rPr>
          <w:i/>
        </w:rPr>
        <w:t>ộ</w:t>
      </w:r>
      <w:r>
        <w:rPr>
          <w:i/>
        </w:rPr>
        <w:t>i nư</w:t>
      </w:r>
      <w:r>
        <w:rPr>
          <w:i/>
        </w:rPr>
        <w:t>ớ</w:t>
      </w:r>
      <w:r>
        <w:rPr>
          <w:i/>
        </w:rPr>
        <w:t>c C</w:t>
      </w:r>
      <w:r>
        <w:rPr>
          <w:i/>
        </w:rPr>
        <w:t>ộ</w:t>
      </w:r>
      <w:r>
        <w:rPr>
          <w:i/>
        </w:rPr>
        <w:t>ng Hoà Xã H</w:t>
      </w:r>
      <w:r>
        <w:rPr>
          <w:i/>
        </w:rPr>
        <w:t>ộ</w:t>
      </w:r>
      <w:r>
        <w:rPr>
          <w:i/>
        </w:rPr>
        <w:t>i Ch</w:t>
      </w:r>
      <w:r>
        <w:rPr>
          <w:i/>
        </w:rPr>
        <w:t>ủ</w:t>
      </w:r>
      <w:r>
        <w:rPr>
          <w:i/>
        </w:rPr>
        <w:t xml:space="preserve"> Nghĩa Vi</w:t>
      </w:r>
      <w:r>
        <w:rPr>
          <w:i/>
        </w:rPr>
        <w:t>ệ</w:t>
      </w:r>
      <w:r>
        <w:rPr>
          <w:i/>
        </w:rPr>
        <w:t>t Nam thông qua ngày 14 tháng 6 năm 2005;</w:t>
      </w:r>
    </w:p>
    <w:p w14:paraId="5B2E7FEC" w14:textId="77777777" w:rsidR="00D23172" w:rsidRDefault="00BE4B1B">
      <w:pPr>
        <w:spacing w:after="60"/>
        <w:jc w:val="both"/>
      </w:pPr>
      <w:r>
        <w:rPr>
          <w:i/>
        </w:rPr>
        <w:t>- Căn c</w:t>
      </w:r>
      <w:r>
        <w:rPr>
          <w:i/>
        </w:rPr>
        <w:t>ứ</w:t>
      </w:r>
      <w:r>
        <w:rPr>
          <w:i/>
        </w:rPr>
        <w:t xml:space="preserve"> Lu</w:t>
      </w:r>
      <w:r>
        <w:rPr>
          <w:i/>
        </w:rPr>
        <w:t>ậ</w:t>
      </w:r>
      <w:r>
        <w:rPr>
          <w:i/>
        </w:rPr>
        <w:t>t đ</w:t>
      </w:r>
      <w:r>
        <w:rPr>
          <w:i/>
        </w:rPr>
        <w:t>ấ</w:t>
      </w:r>
      <w:r>
        <w:rPr>
          <w:i/>
        </w:rPr>
        <w:t>u th</w:t>
      </w:r>
      <w:r>
        <w:rPr>
          <w:i/>
        </w:rPr>
        <w:t>ầ</w:t>
      </w:r>
      <w:r>
        <w:rPr>
          <w:i/>
        </w:rPr>
        <w:t>u s</w:t>
      </w:r>
      <w:r>
        <w:rPr>
          <w:i/>
        </w:rPr>
        <w:t>ố</w:t>
      </w:r>
      <w:r>
        <w:rPr>
          <w:i/>
        </w:rPr>
        <w:t xml:space="preserve"> 22/2023/QH15 ngày 23/06/2023 c</w:t>
      </w:r>
      <w:r>
        <w:rPr>
          <w:i/>
        </w:rPr>
        <w:t>ủ</w:t>
      </w:r>
      <w:r>
        <w:rPr>
          <w:i/>
        </w:rPr>
        <w:t>a Qu</w:t>
      </w:r>
      <w:r>
        <w:rPr>
          <w:i/>
        </w:rPr>
        <w:t>ố</w:t>
      </w:r>
      <w:r>
        <w:rPr>
          <w:i/>
        </w:rPr>
        <w:t>c h</w:t>
      </w:r>
      <w:r>
        <w:rPr>
          <w:i/>
        </w:rPr>
        <w:t>ộ</w:t>
      </w:r>
      <w:r>
        <w:rPr>
          <w:i/>
        </w:rPr>
        <w:t>i Nư</w:t>
      </w:r>
      <w:r>
        <w:rPr>
          <w:i/>
        </w:rPr>
        <w:t>ớ</w:t>
      </w:r>
      <w:r>
        <w:rPr>
          <w:i/>
        </w:rPr>
        <w:t>c C</w:t>
      </w:r>
      <w:r>
        <w:rPr>
          <w:i/>
        </w:rPr>
        <w:t>ộ</w:t>
      </w:r>
      <w:r>
        <w:rPr>
          <w:i/>
        </w:rPr>
        <w:t>ng Hòa Xã H</w:t>
      </w:r>
      <w:r>
        <w:rPr>
          <w:i/>
        </w:rPr>
        <w:t>ộ</w:t>
      </w:r>
      <w:r>
        <w:rPr>
          <w:i/>
        </w:rPr>
        <w:t>i Ch</w:t>
      </w:r>
      <w:r>
        <w:rPr>
          <w:i/>
        </w:rPr>
        <w:t>ủ</w:t>
      </w:r>
      <w:r>
        <w:rPr>
          <w:i/>
        </w:rPr>
        <w:t xml:space="preserve"> Nghĩa Vi</w:t>
      </w:r>
      <w:r>
        <w:rPr>
          <w:i/>
        </w:rPr>
        <w:t>ệ</w:t>
      </w:r>
      <w:r>
        <w:rPr>
          <w:i/>
        </w:rPr>
        <w:t>t Nam;</w:t>
      </w:r>
    </w:p>
    <w:p w14:paraId="21EE5D6C" w14:textId="77777777" w:rsidR="00D23172" w:rsidRDefault="00BE4B1B">
      <w:pPr>
        <w:spacing w:after="60"/>
        <w:jc w:val="both"/>
      </w:pPr>
      <w:r>
        <w:rPr>
          <w:i/>
        </w:rPr>
        <w:t>- Căn c</w:t>
      </w:r>
      <w:r>
        <w:rPr>
          <w:i/>
        </w:rPr>
        <w:t>ứ</w:t>
      </w:r>
      <w:r>
        <w:rPr>
          <w:i/>
        </w:rPr>
        <w:t xml:space="preserve"> H</w:t>
      </w:r>
      <w:r>
        <w:rPr>
          <w:i/>
        </w:rPr>
        <w:t>ồ</w:t>
      </w:r>
      <w:r>
        <w:rPr>
          <w:i/>
        </w:rPr>
        <w:t xml:space="preserve"> sơ m</w:t>
      </w:r>
      <w:r>
        <w:rPr>
          <w:i/>
        </w:rPr>
        <w:t>ờ</w:t>
      </w:r>
      <w:r>
        <w:rPr>
          <w:i/>
        </w:rPr>
        <w:t>i th</w:t>
      </w:r>
      <w:r>
        <w:rPr>
          <w:i/>
        </w:rPr>
        <w:t>ầ</w:t>
      </w:r>
      <w:r>
        <w:rPr>
          <w:i/>
        </w:rPr>
        <w:t>u và k</w:t>
      </w:r>
      <w:r>
        <w:rPr>
          <w:i/>
        </w:rPr>
        <w:t>ế</w:t>
      </w:r>
      <w:r>
        <w:rPr>
          <w:i/>
        </w:rPr>
        <w:t>t qu</w:t>
      </w:r>
      <w:r>
        <w:rPr>
          <w:i/>
        </w:rPr>
        <w:t>ả</w:t>
      </w:r>
      <w:r>
        <w:rPr>
          <w:i/>
        </w:rPr>
        <w:t xml:space="preserve"> l</w:t>
      </w:r>
      <w:r>
        <w:rPr>
          <w:i/>
        </w:rPr>
        <w:t>ự</w:t>
      </w:r>
      <w:r>
        <w:rPr>
          <w:i/>
        </w:rPr>
        <w:t>a ch</w:t>
      </w:r>
      <w:r>
        <w:rPr>
          <w:i/>
        </w:rPr>
        <w:t>ọ</w:t>
      </w:r>
      <w:r>
        <w:rPr>
          <w:i/>
        </w:rPr>
        <w:t>n nhà th</w:t>
      </w:r>
      <w:r>
        <w:rPr>
          <w:i/>
        </w:rPr>
        <w:t>ầ</w:t>
      </w:r>
      <w:r>
        <w:rPr>
          <w:i/>
        </w:rPr>
        <w:t>u gói th</w:t>
      </w:r>
      <w:r>
        <w:rPr>
          <w:i/>
        </w:rPr>
        <w:t>ầ</w:t>
      </w:r>
      <w:r>
        <w:rPr>
          <w:i/>
        </w:rPr>
        <w:t>u: Cung c</w:t>
      </w:r>
      <w:r>
        <w:rPr>
          <w:i/>
        </w:rPr>
        <w:t>ấ</w:t>
      </w:r>
      <w:r>
        <w:rPr>
          <w:i/>
        </w:rPr>
        <w:t>p, hư</w:t>
      </w:r>
      <w:r>
        <w:rPr>
          <w:i/>
        </w:rPr>
        <w:t>ớ</w:t>
      </w:r>
      <w:r>
        <w:rPr>
          <w:i/>
        </w:rPr>
        <w:t>ng d</w:t>
      </w:r>
      <w:r>
        <w:rPr>
          <w:i/>
        </w:rPr>
        <w:t>ẫ</w:t>
      </w:r>
      <w:r>
        <w:rPr>
          <w:i/>
        </w:rPr>
        <w:t>n l</w:t>
      </w:r>
      <w:r>
        <w:rPr>
          <w:i/>
        </w:rPr>
        <w:t>ắ</w:t>
      </w:r>
      <w:r>
        <w:rPr>
          <w:i/>
        </w:rPr>
        <w:t>p đ</w:t>
      </w:r>
      <w:r>
        <w:rPr>
          <w:i/>
        </w:rPr>
        <w:t>ặ</w:t>
      </w:r>
      <w:r>
        <w:rPr>
          <w:i/>
        </w:rPr>
        <w:t>t máy May ngang t</w:t>
      </w:r>
      <w:r>
        <w:rPr>
          <w:i/>
        </w:rPr>
        <w:t>ự</w:t>
      </w:r>
      <w:r>
        <w:rPr>
          <w:i/>
        </w:rPr>
        <w:t xml:space="preserve"> đ</w:t>
      </w:r>
      <w:r>
        <w:rPr>
          <w:i/>
        </w:rPr>
        <w:t>ộ</w:t>
      </w:r>
      <w:r>
        <w:rPr>
          <w:i/>
        </w:rPr>
        <w:t>ng (S</w:t>
      </w:r>
      <w:r>
        <w:rPr>
          <w:i/>
        </w:rPr>
        <w:t>ố</w:t>
      </w:r>
      <w:r>
        <w:rPr>
          <w:i/>
        </w:rPr>
        <w:t xml:space="preserve"> thông báo m</w:t>
      </w:r>
      <w:r>
        <w:rPr>
          <w:i/>
        </w:rPr>
        <w:t>ờ</w:t>
      </w:r>
      <w:r>
        <w:rPr>
          <w:i/>
        </w:rPr>
        <w:t>i th</w:t>
      </w:r>
      <w:r>
        <w:rPr>
          <w:i/>
        </w:rPr>
        <w:t>ầ</w:t>
      </w:r>
      <w:r>
        <w:rPr>
          <w:i/>
        </w:rPr>
        <w:t>u: IB2600486587);</w:t>
      </w:r>
    </w:p>
    <w:p w14:paraId="5082C629" w14:textId="77777777" w:rsidR="00D23172" w:rsidRDefault="00BE4B1B">
      <w:pPr>
        <w:spacing w:after="60"/>
        <w:jc w:val="both"/>
      </w:pPr>
      <w:r>
        <w:rPr>
          <w:i/>
        </w:rPr>
        <w:t>- Căn c</w:t>
      </w:r>
      <w:r>
        <w:rPr>
          <w:i/>
        </w:rPr>
        <w:t>ứ</w:t>
      </w:r>
      <w:r>
        <w:rPr>
          <w:i/>
        </w:rPr>
        <w:t xml:space="preserve"> Đơn d</w:t>
      </w:r>
      <w:r>
        <w:rPr>
          <w:i/>
        </w:rPr>
        <w:t>ự</w:t>
      </w:r>
      <w:r>
        <w:rPr>
          <w:i/>
        </w:rPr>
        <w:t xml:space="preserve"> th</w:t>
      </w:r>
      <w:r>
        <w:rPr>
          <w:i/>
        </w:rPr>
        <w:t>ầ</w:t>
      </w:r>
      <w:r>
        <w:rPr>
          <w:i/>
        </w:rPr>
        <w:t>u và B</w:t>
      </w:r>
      <w:r>
        <w:rPr>
          <w:i/>
        </w:rPr>
        <w:t>ả</w:t>
      </w:r>
      <w:r>
        <w:rPr>
          <w:i/>
        </w:rPr>
        <w:t>ng báo giá d</w:t>
      </w:r>
      <w:r>
        <w:rPr>
          <w:i/>
        </w:rPr>
        <w:t>ự</w:t>
      </w:r>
      <w:r>
        <w:rPr>
          <w:i/>
        </w:rPr>
        <w:t xml:space="preserve"> th</w:t>
      </w:r>
      <w:r>
        <w:rPr>
          <w:i/>
        </w:rPr>
        <w:t>ầ</w:t>
      </w:r>
      <w:r>
        <w:rPr>
          <w:i/>
        </w:rPr>
        <w:t>u ngày 26 tháng 08 năm 2026 c</w:t>
      </w:r>
      <w:r>
        <w:rPr>
          <w:i/>
        </w:rPr>
        <w:t>ủ</w:t>
      </w:r>
      <w:r>
        <w:rPr>
          <w:i/>
        </w:rPr>
        <w:t>a Công ty TNHH MTV Thương m</w:t>
      </w:r>
      <w:r>
        <w:rPr>
          <w:i/>
        </w:rPr>
        <w:t>ạ</w:t>
      </w:r>
      <w:r>
        <w:rPr>
          <w:i/>
        </w:rPr>
        <w:t>i và D</w:t>
      </w:r>
      <w:r>
        <w:rPr>
          <w:i/>
        </w:rPr>
        <w:t>ị</w:t>
      </w:r>
      <w:r>
        <w:rPr>
          <w:i/>
        </w:rPr>
        <w:t>ch v</w:t>
      </w:r>
      <w:r>
        <w:rPr>
          <w:i/>
        </w:rPr>
        <w:t>ụ</w:t>
      </w:r>
      <w:r>
        <w:rPr>
          <w:i/>
        </w:rPr>
        <w:t xml:space="preserve"> Ng</w:t>
      </w:r>
      <w:r>
        <w:rPr>
          <w:i/>
        </w:rPr>
        <w:t>ọ</w:t>
      </w:r>
      <w:r>
        <w:rPr>
          <w:i/>
        </w:rPr>
        <w:t>c Thơm;</w:t>
      </w:r>
    </w:p>
    <w:p w14:paraId="43F8E923" w14:textId="77777777" w:rsidR="00D23172" w:rsidRDefault="00BE4B1B">
      <w:pPr>
        <w:spacing w:after="60"/>
        <w:jc w:val="both"/>
      </w:pPr>
      <w:r>
        <w:rPr>
          <w:i/>
        </w:rPr>
        <w:t>- Căn c</w:t>
      </w:r>
      <w:r>
        <w:rPr>
          <w:i/>
        </w:rPr>
        <w:t>ứ</w:t>
      </w:r>
      <w:r>
        <w:rPr>
          <w:i/>
        </w:rPr>
        <w:t xml:space="preserve"> nhu c</w:t>
      </w:r>
      <w:r>
        <w:rPr>
          <w:i/>
        </w:rPr>
        <w:t>ầ</w:t>
      </w:r>
      <w:r>
        <w:rPr>
          <w:i/>
        </w:rPr>
        <w:t>u và kh</w:t>
      </w:r>
      <w:r>
        <w:rPr>
          <w:i/>
        </w:rPr>
        <w:t>ả</w:t>
      </w:r>
      <w:r>
        <w:rPr>
          <w:i/>
        </w:rPr>
        <w:t xml:space="preserve"> năng c</w:t>
      </w:r>
      <w:r>
        <w:rPr>
          <w:i/>
        </w:rPr>
        <w:t>ủ</w:t>
      </w:r>
      <w:r>
        <w:rPr>
          <w:i/>
        </w:rPr>
        <w:t>a hai bên.</w:t>
      </w:r>
    </w:p>
    <w:p w14:paraId="3F14C02D" w14:textId="21CE43AC" w:rsidR="00D23172" w:rsidRDefault="00BE4B1B">
      <w:pPr>
        <w:spacing w:before="120"/>
        <w:jc w:val="both"/>
      </w:pPr>
      <w:r>
        <w:rPr>
          <w:i/>
        </w:rPr>
        <w:t xml:space="preserve">Hôm nay, ngày </w:t>
      </w:r>
      <w:r w:rsidR="00394D51">
        <w:rPr>
          <w:i/>
        </w:rPr>
        <w:t>…</w:t>
      </w:r>
      <w:r>
        <w:rPr>
          <w:i/>
        </w:rPr>
        <w:t xml:space="preserve"> tháng </w:t>
      </w:r>
      <w:r w:rsidR="00394D51">
        <w:rPr>
          <w:i/>
        </w:rPr>
        <w:t>…</w:t>
      </w:r>
      <w:r>
        <w:rPr>
          <w:i/>
        </w:rPr>
        <w:t xml:space="preserve"> năm 2026 t</w:t>
      </w:r>
      <w:r>
        <w:rPr>
          <w:i/>
        </w:rPr>
        <w:t>ạ</w:t>
      </w:r>
      <w:r>
        <w:rPr>
          <w:i/>
        </w:rPr>
        <w:t>i tr</w:t>
      </w:r>
      <w:r>
        <w:rPr>
          <w:i/>
        </w:rPr>
        <w:t>ụ</w:t>
      </w:r>
      <w:r>
        <w:rPr>
          <w:i/>
        </w:rPr>
        <w:t xml:space="preserve"> s</w:t>
      </w:r>
      <w:r>
        <w:rPr>
          <w:i/>
        </w:rPr>
        <w:t>ở</w:t>
      </w:r>
      <w:r>
        <w:rPr>
          <w:i/>
        </w:rPr>
        <w:t xml:space="preserve"> công ty, Chúng tôi g</w:t>
      </w:r>
      <w:r>
        <w:rPr>
          <w:i/>
        </w:rPr>
        <w:t>ồ</w:t>
      </w:r>
      <w:r>
        <w:rPr>
          <w:i/>
        </w:rPr>
        <w:t>m có:</w:t>
      </w:r>
    </w:p>
    <w:p w14:paraId="1A1D5DBC" w14:textId="77777777" w:rsidR="00D23172" w:rsidRDefault="00BE4B1B">
      <w:pPr>
        <w:spacing w:before="80" w:after="60"/>
        <w:jc w:val="both"/>
      </w:pPr>
      <w:r>
        <w:rPr>
          <w:b/>
        </w:rPr>
        <w:t>Ch</w:t>
      </w:r>
      <w:r>
        <w:rPr>
          <w:b/>
        </w:rPr>
        <w:t>ủ</w:t>
      </w:r>
      <w:r>
        <w:rPr>
          <w:b/>
        </w:rPr>
        <w:t xml:space="preserve"> đ</w:t>
      </w:r>
      <w:r>
        <w:rPr>
          <w:b/>
        </w:rPr>
        <w:t>ầ</w:t>
      </w:r>
      <w:r>
        <w:rPr>
          <w:b/>
        </w:rPr>
        <w:t>u tư (sau đây g</w:t>
      </w:r>
      <w:r>
        <w:rPr>
          <w:b/>
        </w:rPr>
        <w:t>ọ</w:t>
      </w:r>
      <w:r>
        <w:rPr>
          <w:b/>
        </w:rPr>
        <w:t>i là Bên A)</w:t>
      </w:r>
    </w:p>
    <w:p w14:paraId="73A1B189" w14:textId="77777777" w:rsidR="00D23172" w:rsidRDefault="00BE4B1B">
      <w:pPr>
        <w:spacing w:after="60"/>
        <w:jc w:val="both"/>
      </w:pPr>
      <w:r>
        <w:t>Tên ch</w:t>
      </w:r>
      <w:r>
        <w:t>ủ</w:t>
      </w:r>
      <w:r>
        <w:t xml:space="preserve"> đ</w:t>
      </w:r>
      <w:r>
        <w:t>ầ</w:t>
      </w:r>
      <w:r>
        <w:t xml:space="preserve">u tư: </w:t>
      </w:r>
      <w:r>
        <w:rPr>
          <w:b/>
        </w:rPr>
        <w:t>CÔNG TY C</w:t>
      </w:r>
      <w:r>
        <w:rPr>
          <w:b/>
        </w:rPr>
        <w:t>Ổ</w:t>
      </w:r>
      <w:r>
        <w:rPr>
          <w:b/>
        </w:rPr>
        <w:t xml:space="preserve"> PH</w:t>
      </w:r>
      <w:r>
        <w:rPr>
          <w:b/>
        </w:rPr>
        <w:t>Ầ</w:t>
      </w:r>
      <w:r>
        <w:rPr>
          <w:b/>
        </w:rPr>
        <w:t>N D</w:t>
      </w:r>
      <w:r>
        <w:rPr>
          <w:b/>
        </w:rPr>
        <w:t>Ệ</w:t>
      </w:r>
      <w:r>
        <w:rPr>
          <w:b/>
        </w:rPr>
        <w:t>T GIA D</w:t>
      </w:r>
      <w:r>
        <w:rPr>
          <w:b/>
        </w:rPr>
        <w:t>Ụ</w:t>
      </w:r>
      <w:r>
        <w:rPr>
          <w:b/>
        </w:rPr>
        <w:t>NG PHONG PHÚ</w:t>
      </w:r>
    </w:p>
    <w:p w14:paraId="1D24D679" w14:textId="77777777" w:rsidR="00D23172" w:rsidRDefault="00BE4B1B">
      <w:pPr>
        <w:spacing w:after="60"/>
        <w:jc w:val="both"/>
      </w:pPr>
      <w:r>
        <w:t>Đ</w:t>
      </w:r>
      <w:r>
        <w:t>ị</w:t>
      </w:r>
      <w:r>
        <w:t>a ch</w:t>
      </w:r>
      <w:r>
        <w:t>ỉ</w:t>
      </w:r>
      <w:r>
        <w:t>: Thôn H</w:t>
      </w:r>
      <w:r>
        <w:t>ạ</w:t>
      </w:r>
      <w:r>
        <w:t>nh Trí, Xã Ninh Sơn, T</w:t>
      </w:r>
      <w:r>
        <w:t>ỉ</w:t>
      </w:r>
      <w:r>
        <w:t>nh Khánh Hòa, Vi</w:t>
      </w:r>
      <w:r>
        <w:t>ệ</w:t>
      </w:r>
      <w:r>
        <w:t>t Nam</w:t>
      </w:r>
    </w:p>
    <w:p w14:paraId="2944A39E" w14:textId="77777777" w:rsidR="00D23172" w:rsidRDefault="00BE4B1B">
      <w:pPr>
        <w:spacing w:after="60"/>
        <w:jc w:val="both"/>
      </w:pPr>
      <w:r>
        <w:t>Đi</w:t>
      </w:r>
      <w:r>
        <w:t>ệ</w:t>
      </w:r>
      <w:r>
        <w:t>n tho</w:t>
      </w:r>
      <w:r>
        <w:t>ạ</w:t>
      </w:r>
      <w:r>
        <w:t>i:   0683.855.888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23172" w14:paraId="38938091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BF10" w14:textId="77777777" w:rsidR="00D23172" w:rsidRDefault="00BE4B1B">
            <w:pPr>
              <w:spacing w:after="40"/>
            </w:pPr>
            <w:r>
              <w:t>Đ</w:t>
            </w:r>
            <w:r>
              <w:t>ạ</w:t>
            </w:r>
            <w:r>
              <w:t>i di</w:t>
            </w:r>
            <w:r>
              <w:t>ệ</w:t>
            </w:r>
            <w:r>
              <w:t>n b</w:t>
            </w:r>
            <w:r>
              <w:t>ở</w:t>
            </w:r>
            <w:r>
              <w:t xml:space="preserve">i: (Bà) </w:t>
            </w:r>
            <w:r>
              <w:rPr>
                <w:b/>
              </w:rPr>
              <w:t>B</w:t>
            </w:r>
            <w:r>
              <w:rPr>
                <w:b/>
              </w:rPr>
              <w:t>Ạ</w:t>
            </w:r>
            <w:r>
              <w:rPr>
                <w:b/>
              </w:rPr>
              <w:t>CH TH</w:t>
            </w:r>
            <w:r>
              <w:rPr>
                <w:b/>
              </w:rPr>
              <w:t>Ị</w:t>
            </w:r>
            <w:r>
              <w:rPr>
                <w:b/>
              </w:rPr>
              <w:t xml:space="preserve"> KIM CƯƠNG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9A6A" w14:textId="77777777" w:rsidR="00D23172" w:rsidRDefault="00BE4B1B">
            <w:pPr>
              <w:spacing w:after="40"/>
            </w:pPr>
            <w:r>
              <w:t>Ch</w:t>
            </w:r>
            <w:r>
              <w:t>ứ</w:t>
            </w:r>
            <w:r>
              <w:t>c v</w:t>
            </w:r>
            <w:r>
              <w:t>ụ</w:t>
            </w:r>
            <w:r>
              <w:t xml:space="preserve">: </w:t>
            </w:r>
            <w:r>
              <w:rPr>
                <w:b/>
              </w:rPr>
              <w:t>T</w:t>
            </w:r>
            <w:r>
              <w:rPr>
                <w:b/>
              </w:rPr>
              <w:t>Ổ</w:t>
            </w:r>
            <w:r>
              <w:rPr>
                <w:b/>
              </w:rPr>
              <w:t>NG GIÁM Đ</w:t>
            </w:r>
            <w:r>
              <w:rPr>
                <w:b/>
              </w:rPr>
              <w:t>Ố</w:t>
            </w:r>
            <w:r>
              <w:rPr>
                <w:b/>
              </w:rPr>
              <w:t>C</w:t>
            </w:r>
          </w:p>
        </w:tc>
      </w:tr>
    </w:tbl>
    <w:p w14:paraId="0DB80D06" w14:textId="77777777" w:rsidR="00D23172" w:rsidRDefault="00BE4B1B">
      <w:pPr>
        <w:spacing w:before="40" w:after="160"/>
        <w:jc w:val="both"/>
      </w:pPr>
      <w:r>
        <w:t>Mã s</w:t>
      </w:r>
      <w:r>
        <w:t>ố</w:t>
      </w:r>
      <w:r>
        <w:t xml:space="preserve"> thu</w:t>
      </w:r>
      <w:r>
        <w:t>ế</w:t>
      </w:r>
      <w:r>
        <w:t>: 4500470547</w:t>
      </w:r>
    </w:p>
    <w:p w14:paraId="68D86A8E" w14:textId="77777777" w:rsidR="00D23172" w:rsidRDefault="00BE4B1B">
      <w:pPr>
        <w:spacing w:before="80" w:after="60"/>
        <w:jc w:val="both"/>
      </w:pPr>
      <w:r>
        <w:rPr>
          <w:b/>
        </w:rPr>
        <w:t>Nhà th</w:t>
      </w:r>
      <w:r>
        <w:rPr>
          <w:b/>
        </w:rPr>
        <w:t>ầ</w:t>
      </w:r>
      <w:r>
        <w:rPr>
          <w:b/>
        </w:rPr>
        <w:t>u (sau đây g</w:t>
      </w:r>
      <w:r>
        <w:rPr>
          <w:b/>
        </w:rPr>
        <w:t>ọ</w:t>
      </w:r>
      <w:r>
        <w:rPr>
          <w:b/>
        </w:rPr>
        <w:t>i là Bên B)</w:t>
      </w:r>
    </w:p>
    <w:p w14:paraId="517CBF73" w14:textId="77777777" w:rsidR="00D23172" w:rsidRDefault="00BE4B1B">
      <w:pPr>
        <w:spacing w:after="60"/>
        <w:jc w:val="both"/>
      </w:pPr>
      <w:r>
        <w:t>Tên nhà cung c</w:t>
      </w:r>
      <w:r>
        <w:t>ấ</w:t>
      </w:r>
      <w:r>
        <w:t xml:space="preserve">p: </w:t>
      </w:r>
      <w:r>
        <w:rPr>
          <w:b/>
        </w:rPr>
        <w:t>CÔNG TY TNHH MTV THƯƠNG M</w:t>
      </w:r>
      <w:r>
        <w:rPr>
          <w:b/>
        </w:rPr>
        <w:t>Ạ</w:t>
      </w:r>
      <w:r>
        <w:rPr>
          <w:b/>
        </w:rPr>
        <w:t>I VÀ D</w:t>
      </w:r>
      <w:r>
        <w:rPr>
          <w:b/>
        </w:rPr>
        <w:t>Ị</w:t>
      </w:r>
      <w:r>
        <w:rPr>
          <w:b/>
        </w:rPr>
        <w:t>CH V</w:t>
      </w:r>
      <w:r>
        <w:rPr>
          <w:b/>
        </w:rPr>
        <w:t>Ụ</w:t>
      </w:r>
      <w:r>
        <w:rPr>
          <w:b/>
        </w:rPr>
        <w:t xml:space="preserve"> NG</w:t>
      </w:r>
      <w:r>
        <w:rPr>
          <w:b/>
        </w:rPr>
        <w:t>Ọ</w:t>
      </w:r>
      <w:r>
        <w:rPr>
          <w:b/>
        </w:rPr>
        <w:t>C THƠM</w:t>
      </w:r>
    </w:p>
    <w:p w14:paraId="39C96DE7" w14:textId="77777777" w:rsidR="00D23172" w:rsidRDefault="00BE4B1B">
      <w:pPr>
        <w:spacing w:after="60"/>
        <w:jc w:val="both"/>
      </w:pPr>
      <w:r>
        <w:t>Đ</w:t>
      </w:r>
      <w:r>
        <w:t>ị</w:t>
      </w:r>
      <w:r>
        <w:t>a ch</w:t>
      </w:r>
      <w:r>
        <w:t>ỉ</w:t>
      </w:r>
      <w:r>
        <w:t xml:space="preserve"> tr</w:t>
      </w:r>
      <w:r>
        <w:t>ụ</w:t>
      </w:r>
      <w:r>
        <w:t xml:space="preserve"> s</w:t>
      </w:r>
      <w:r>
        <w:t>ở</w:t>
      </w:r>
      <w:r>
        <w:t>: 12/14/18 Đư</w:t>
      </w:r>
      <w:r>
        <w:t>ờ</w:t>
      </w:r>
      <w:r>
        <w:t>ng 49, Khu ph</w:t>
      </w:r>
      <w:r>
        <w:t>ố</w:t>
      </w:r>
      <w:r>
        <w:t xml:space="preserve"> 69, Phư</w:t>
      </w:r>
      <w:r>
        <w:t>ờ</w:t>
      </w:r>
      <w:r>
        <w:t>ng Hi</w:t>
      </w:r>
      <w:r>
        <w:t>ệ</w:t>
      </w:r>
      <w:r>
        <w:t>p Bình, Tp. H</w:t>
      </w:r>
      <w:r>
        <w:t>ồ</w:t>
      </w:r>
      <w:r>
        <w:t xml:space="preserve"> Chí Minh, Vi</w:t>
      </w:r>
      <w:r>
        <w:t>ệ</w:t>
      </w:r>
      <w:r>
        <w:t>t Nam</w:t>
      </w:r>
    </w:p>
    <w:p w14:paraId="7F8A098F" w14:textId="77777777" w:rsidR="00D23172" w:rsidRDefault="00BE4B1B">
      <w:pPr>
        <w:spacing w:after="60"/>
        <w:jc w:val="both"/>
      </w:pPr>
      <w:r>
        <w:t>Văn phòng giao d</w:t>
      </w:r>
      <w:r>
        <w:t>ị</w:t>
      </w:r>
      <w:r>
        <w:t>ch: 207/25/3 Ph</w:t>
      </w:r>
      <w:r>
        <w:t>ạ</w:t>
      </w:r>
      <w:r>
        <w:t>m Văn Hai, Phư</w:t>
      </w:r>
      <w:r>
        <w:t>ờ</w:t>
      </w:r>
      <w:r>
        <w:t>ng Tân Sơn Nh</w:t>
      </w:r>
      <w:r>
        <w:t>ấ</w:t>
      </w:r>
      <w:r>
        <w:t>t, Tp. H</w:t>
      </w:r>
      <w:r>
        <w:t>ồ</w:t>
      </w:r>
      <w:r>
        <w:t xml:space="preserve"> Chí Minh</w:t>
      </w:r>
    </w:p>
    <w:p w14:paraId="6D9DC090" w14:textId="77777777" w:rsidR="00D23172" w:rsidRDefault="00BE4B1B">
      <w:pPr>
        <w:spacing w:after="60"/>
        <w:jc w:val="both"/>
      </w:pPr>
      <w:r>
        <w:t>Đi</w:t>
      </w:r>
      <w:r>
        <w:t>ệ</w:t>
      </w:r>
      <w:r>
        <w:t>n tho</w:t>
      </w:r>
      <w:r>
        <w:t>ạ</w:t>
      </w:r>
      <w:r>
        <w:t>i:   086.290.6631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23172" w14:paraId="5648FB4F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39D7" w14:textId="77777777" w:rsidR="00D23172" w:rsidRDefault="00BE4B1B">
            <w:pPr>
              <w:spacing w:after="40"/>
            </w:pPr>
            <w:r>
              <w:t>Đ</w:t>
            </w:r>
            <w:r>
              <w:t>ạ</w:t>
            </w:r>
            <w:r>
              <w:t>i di</w:t>
            </w:r>
            <w:r>
              <w:t>ệ</w:t>
            </w:r>
            <w:r>
              <w:t>n b</w:t>
            </w:r>
            <w:r>
              <w:t>ở</w:t>
            </w:r>
            <w:r>
              <w:t xml:space="preserve">i: (Ông) </w:t>
            </w:r>
            <w:r>
              <w:rPr>
                <w:b/>
              </w:rPr>
              <w:t>NGUY</w:t>
            </w:r>
            <w:r>
              <w:rPr>
                <w:b/>
              </w:rPr>
              <w:t>Ễ</w:t>
            </w:r>
            <w:r>
              <w:rPr>
                <w:b/>
              </w:rPr>
              <w:t>N B</w:t>
            </w:r>
            <w:r>
              <w:rPr>
                <w:b/>
              </w:rPr>
              <w:t>Ả</w:t>
            </w:r>
            <w:r>
              <w:rPr>
                <w:b/>
              </w:rPr>
              <w:t>O TH</w:t>
            </w:r>
            <w:r>
              <w:rPr>
                <w:b/>
              </w:rPr>
              <w:t>Ạ</w:t>
            </w:r>
            <w:r>
              <w:rPr>
                <w:b/>
              </w:rPr>
              <w:t>CH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CBBD" w14:textId="77777777" w:rsidR="00D23172" w:rsidRDefault="00BE4B1B">
            <w:pPr>
              <w:spacing w:after="40"/>
            </w:pPr>
            <w:r>
              <w:t>Ch</w:t>
            </w:r>
            <w:r>
              <w:t>ứ</w:t>
            </w:r>
            <w:r>
              <w:t>c v</w:t>
            </w:r>
            <w:r>
              <w:t>ụ</w:t>
            </w:r>
            <w:r>
              <w:t xml:space="preserve">: </w:t>
            </w:r>
            <w:r>
              <w:rPr>
                <w:b/>
              </w:rPr>
              <w:t>Phó Giám đ</w:t>
            </w:r>
            <w:r>
              <w:rPr>
                <w:b/>
              </w:rPr>
              <w:t>ố</w:t>
            </w:r>
            <w:r>
              <w:rPr>
                <w:b/>
              </w:rPr>
              <w:t>c</w:t>
            </w:r>
          </w:p>
        </w:tc>
      </w:tr>
    </w:tbl>
    <w:p w14:paraId="48DDE3E2" w14:textId="77777777" w:rsidR="00D23172" w:rsidRDefault="00BE4B1B">
      <w:pPr>
        <w:spacing w:before="40" w:after="60"/>
        <w:jc w:val="both"/>
      </w:pPr>
      <w:r>
        <w:t>Mã s</w:t>
      </w:r>
      <w:r>
        <w:t>ố</w:t>
      </w:r>
      <w:r>
        <w:t xml:space="preserve"> thu</w:t>
      </w:r>
      <w:r>
        <w:t>ế</w:t>
      </w:r>
      <w:r>
        <w:t>:   0309391503</w:t>
      </w:r>
    </w:p>
    <w:p w14:paraId="037C3B4F" w14:textId="77777777" w:rsidR="00D23172" w:rsidRDefault="00BE4B1B">
      <w:pPr>
        <w:spacing w:after="160"/>
        <w:jc w:val="both"/>
      </w:pPr>
      <w:r>
        <w:t>Tài kho</w:t>
      </w:r>
      <w:r>
        <w:t>ả</w:t>
      </w:r>
      <w:r>
        <w:t>n s</w:t>
      </w:r>
      <w:r>
        <w:t>ố</w:t>
      </w:r>
      <w:r>
        <w:t>: 072-1-00-510442-0 T</w:t>
      </w:r>
      <w:r>
        <w:t>ạ</w:t>
      </w:r>
      <w:r>
        <w:t>i Ngân hàng Vietcombank chi nhánh K</w:t>
      </w:r>
      <w:r>
        <w:t>ỳ</w:t>
      </w:r>
      <w:r>
        <w:t xml:space="preserve"> Đ</w:t>
      </w:r>
      <w:r>
        <w:t>ồ</w:t>
      </w:r>
      <w:r>
        <w:t>ng</w:t>
      </w:r>
    </w:p>
    <w:p w14:paraId="4FFBEFE2" w14:textId="77777777" w:rsidR="00D23172" w:rsidRDefault="00BE4B1B">
      <w:pPr>
        <w:spacing w:before="80"/>
        <w:jc w:val="both"/>
      </w:pPr>
      <w:r>
        <w:t>Hai bên th</w:t>
      </w:r>
      <w:r>
        <w:t>ỏ</w:t>
      </w:r>
      <w:r>
        <w:t>a thu</w:t>
      </w:r>
      <w:r>
        <w:t>ậ</w:t>
      </w:r>
      <w:r>
        <w:t>n ký k</w:t>
      </w:r>
      <w:r>
        <w:t>ế</w:t>
      </w:r>
      <w:r>
        <w:t>t h</w:t>
      </w:r>
      <w:r>
        <w:t>ợ</w:t>
      </w:r>
      <w:r>
        <w:t>p đ</w:t>
      </w:r>
      <w:r>
        <w:t>ồ</w:t>
      </w:r>
      <w:r>
        <w:t>ng v</w:t>
      </w:r>
      <w:r>
        <w:t>ớ</w:t>
      </w:r>
      <w:r>
        <w:t>i các n</w:t>
      </w:r>
      <w:r>
        <w:t>ộ</w:t>
      </w:r>
      <w:r>
        <w:t>i dung sau:</w:t>
      </w:r>
    </w:p>
    <w:p w14:paraId="0F2E950F" w14:textId="77777777" w:rsidR="00D23172" w:rsidRDefault="00BE4B1B">
      <w:pPr>
        <w:spacing w:before="12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1. Chi Ti</w:t>
      </w:r>
      <w:r>
        <w:rPr>
          <w:b/>
        </w:rPr>
        <w:t>ế</w:t>
      </w:r>
      <w:r>
        <w:rPr>
          <w:b/>
        </w:rPr>
        <w:t>t Hàng Hóa-S</w:t>
      </w:r>
      <w:r>
        <w:rPr>
          <w:b/>
        </w:rPr>
        <w:t>ố</w:t>
      </w:r>
      <w:r>
        <w:rPr>
          <w:b/>
        </w:rPr>
        <w:t xml:space="preserve"> Lư</w:t>
      </w:r>
      <w:r>
        <w:rPr>
          <w:b/>
        </w:rPr>
        <w:t>ợ</w:t>
      </w:r>
      <w:r>
        <w:rPr>
          <w:b/>
        </w:rPr>
        <w:t>ng-Tr</w:t>
      </w:r>
      <w:r>
        <w:rPr>
          <w:b/>
        </w:rPr>
        <w:t>ị</w:t>
      </w:r>
      <w:r>
        <w:rPr>
          <w:b/>
        </w:rPr>
        <w:t xml:space="preserve"> Giá</w:t>
      </w:r>
    </w:p>
    <w:p w14:paraId="09191FC4" w14:textId="77777777" w:rsidR="00D23172" w:rsidRDefault="00BE4B1B">
      <w:pPr>
        <w:spacing w:before="40" w:after="120"/>
        <w:jc w:val="both"/>
      </w:pPr>
      <w:r>
        <w:rPr>
          <w:b/>
        </w:rPr>
        <w:t>1.1 Chi Ti</w:t>
      </w:r>
      <w:r>
        <w:rPr>
          <w:b/>
        </w:rPr>
        <w:t>ế</w:t>
      </w:r>
      <w:r>
        <w:rPr>
          <w:b/>
        </w:rPr>
        <w:t>t Hàng Hóa-S</w:t>
      </w:r>
      <w:r>
        <w:rPr>
          <w:b/>
        </w:rPr>
        <w:t>ố</w:t>
      </w:r>
      <w:r>
        <w:rPr>
          <w:b/>
        </w:rPr>
        <w:t xml:space="preserve"> Lư</w:t>
      </w:r>
      <w:r>
        <w:rPr>
          <w:b/>
        </w:rPr>
        <w:t>ợ</w:t>
      </w:r>
      <w:r>
        <w:rPr>
          <w:b/>
        </w:rPr>
        <w:t>ng-Tr</w:t>
      </w:r>
      <w:r>
        <w:rPr>
          <w:b/>
        </w:rPr>
        <w:t>ị</w:t>
      </w:r>
      <w:r>
        <w:rPr>
          <w:b/>
        </w:rPr>
        <w:t xml:space="preserve"> Giá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3312"/>
        <w:gridCol w:w="1296"/>
        <w:gridCol w:w="936"/>
        <w:gridCol w:w="1656"/>
        <w:gridCol w:w="1584"/>
      </w:tblGrid>
      <w:tr w:rsidR="00D23172" w14:paraId="1551ACB3" w14:textId="77777777">
        <w:trPr>
          <w:jc w:val="center"/>
        </w:trPr>
        <w:tc>
          <w:tcPr>
            <w:tcW w:w="57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46857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2"/>
              </w:rPr>
              <w:t>TT</w:t>
            </w:r>
          </w:p>
        </w:tc>
        <w:tc>
          <w:tcPr>
            <w:tcW w:w="33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8385AF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2"/>
              </w:rPr>
              <w:t>Tên hàng hóa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AC4745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2"/>
              </w:rPr>
              <w:t>Xu</w:t>
            </w:r>
            <w:r>
              <w:rPr>
                <w:b/>
                <w:sz w:val="22"/>
              </w:rPr>
              <w:t>ấ</w:t>
            </w:r>
            <w:r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br/>
              <w:t>x</w:t>
            </w:r>
            <w:r>
              <w:rPr>
                <w:b/>
                <w:sz w:val="22"/>
              </w:rPr>
              <w:t>ứ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6DA7C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2"/>
              </w:rPr>
              <w:t>SL</w:t>
            </w:r>
            <w:r>
              <w:rPr>
                <w:b/>
                <w:sz w:val="22"/>
              </w:rPr>
              <w:br/>
              <w:t>(B</w:t>
            </w:r>
            <w:r>
              <w:rPr>
                <w:b/>
                <w:sz w:val="22"/>
              </w:rPr>
              <w:t>ộ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16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8BEA3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2"/>
              </w:rPr>
              <w:t>Đơn giá</w:t>
            </w:r>
            <w:r>
              <w:rPr>
                <w:b/>
                <w:sz w:val="22"/>
              </w:rPr>
              <w:br/>
              <w:t>(đ</w:t>
            </w:r>
            <w:r>
              <w:rPr>
                <w:b/>
                <w:sz w:val="22"/>
              </w:rPr>
              <w:t>ồ</w:t>
            </w:r>
            <w:r>
              <w:rPr>
                <w:b/>
                <w:sz w:val="22"/>
              </w:rPr>
              <w:t>ng/b</w:t>
            </w:r>
            <w:r>
              <w:rPr>
                <w:b/>
                <w:sz w:val="22"/>
              </w:rPr>
              <w:t>ộ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6622CC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2"/>
              </w:rPr>
              <w:t>Thành ti</w:t>
            </w:r>
            <w:r>
              <w:rPr>
                <w:b/>
                <w:sz w:val="22"/>
              </w:rPr>
              <w:t>ề</w:t>
            </w:r>
            <w:r>
              <w:rPr>
                <w:b/>
                <w:sz w:val="22"/>
              </w:rPr>
              <w:t>n</w:t>
            </w:r>
            <w:r>
              <w:rPr>
                <w:b/>
                <w:sz w:val="22"/>
              </w:rPr>
              <w:br/>
              <w:t>(VND)</w:t>
            </w:r>
          </w:p>
        </w:tc>
      </w:tr>
      <w:tr w:rsidR="00D23172" w14:paraId="6A98C440" w14:textId="77777777">
        <w:trPr>
          <w:jc w:val="center"/>
        </w:trPr>
        <w:tc>
          <w:tcPr>
            <w:tcW w:w="57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5B1887" w14:textId="77777777" w:rsidR="00D23172" w:rsidRDefault="00BE4B1B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31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8FA84" w14:textId="77777777" w:rsidR="00D23172" w:rsidRDefault="00BE4B1B">
            <w:pPr>
              <w:spacing w:line="276" w:lineRule="auto"/>
            </w:pPr>
            <w:r>
              <w:rPr>
                <w:sz w:val="22"/>
              </w:rPr>
              <w:t>MÁY MAY NGANG T</w:t>
            </w:r>
            <w:r>
              <w:rPr>
                <w:sz w:val="22"/>
              </w:rPr>
              <w:t>Ự</w:t>
            </w:r>
            <w:r>
              <w:rPr>
                <w:sz w:val="22"/>
              </w:rPr>
              <w:t xml:space="preserve"> Đ</w:t>
            </w:r>
            <w:r>
              <w:rPr>
                <w:sz w:val="22"/>
              </w:rPr>
              <w:t>Ộ</w:t>
            </w:r>
            <w:r>
              <w:rPr>
                <w:sz w:val="22"/>
              </w:rPr>
              <w:t>NG</w:t>
            </w:r>
            <w:r>
              <w:rPr>
                <w:sz w:val="22"/>
              </w:rPr>
              <w:br/>
              <w:t>-   Model: HT-620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-   Nhãn hi</w:t>
            </w:r>
            <w:r>
              <w:rPr>
                <w:sz w:val="22"/>
              </w:rPr>
              <w:t>ệ</w:t>
            </w:r>
            <w:r>
              <w:rPr>
                <w:sz w:val="22"/>
              </w:rPr>
              <w:t>u: HENGTAI</w:t>
            </w:r>
            <w:r>
              <w:rPr>
                <w:sz w:val="22"/>
              </w:rPr>
              <w:br/>
              <w:t>-   Năm s</w:t>
            </w:r>
            <w:r>
              <w:rPr>
                <w:sz w:val="22"/>
              </w:rPr>
              <w:t>ả</w:t>
            </w:r>
            <w:r>
              <w:rPr>
                <w:sz w:val="22"/>
              </w:rPr>
              <w:t>n xu</w:t>
            </w:r>
            <w:r>
              <w:rPr>
                <w:sz w:val="22"/>
              </w:rPr>
              <w:t>ấ</w:t>
            </w:r>
            <w:r>
              <w:rPr>
                <w:sz w:val="22"/>
              </w:rPr>
              <w:t>t: 2026</w:t>
            </w:r>
            <w:r>
              <w:rPr>
                <w:sz w:val="22"/>
              </w:rPr>
              <w:br/>
              <w:t>-   Ch</w:t>
            </w:r>
            <w:r>
              <w:rPr>
                <w:sz w:val="22"/>
              </w:rPr>
              <w:t>ấ</w:t>
            </w:r>
            <w:r>
              <w:rPr>
                <w:sz w:val="22"/>
              </w:rPr>
              <w:t>t lư</w:t>
            </w:r>
            <w:r>
              <w:rPr>
                <w:sz w:val="22"/>
              </w:rPr>
              <w:t>ợ</w:t>
            </w:r>
            <w:r>
              <w:rPr>
                <w:sz w:val="22"/>
              </w:rPr>
              <w:t>ng: m</w:t>
            </w:r>
            <w:r>
              <w:rPr>
                <w:sz w:val="22"/>
              </w:rPr>
              <w:t>ớ</w:t>
            </w:r>
            <w:r>
              <w:rPr>
                <w:sz w:val="22"/>
              </w:rPr>
              <w:t>i 100%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3F5D03" w14:textId="77777777" w:rsidR="00D23172" w:rsidRDefault="00BE4B1B">
            <w:pPr>
              <w:jc w:val="center"/>
            </w:pPr>
            <w:r>
              <w:rPr>
                <w:sz w:val="22"/>
              </w:rPr>
              <w:lastRenderedPageBreak/>
              <w:t>Trung</w:t>
            </w:r>
            <w:r>
              <w:rPr>
                <w:sz w:val="22"/>
              </w:rPr>
              <w:br/>
              <w:t>Qu</w:t>
            </w:r>
            <w:r>
              <w:rPr>
                <w:sz w:val="22"/>
              </w:rPr>
              <w:t>ố</w:t>
            </w:r>
            <w:r>
              <w:rPr>
                <w:sz w:val="22"/>
              </w:rPr>
              <w:t>c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E02BBC" w14:textId="77777777" w:rsidR="00D23172" w:rsidRDefault="00BE4B1B">
            <w:pPr>
              <w:jc w:val="center"/>
            </w:pPr>
            <w:r>
              <w:rPr>
                <w:sz w:val="22"/>
              </w:rPr>
              <w:t>01</w:t>
            </w:r>
          </w:p>
        </w:tc>
        <w:tc>
          <w:tcPr>
            <w:tcW w:w="16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A9780" w14:textId="77777777" w:rsidR="00D23172" w:rsidRDefault="00BE4B1B">
            <w:pPr>
              <w:jc w:val="right"/>
            </w:pPr>
            <w:r>
              <w:rPr>
                <w:sz w:val="22"/>
              </w:rPr>
              <w:t>1.788.400.000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92D8ED" w14:textId="77777777" w:rsidR="00D23172" w:rsidRDefault="00BE4B1B">
            <w:pPr>
              <w:jc w:val="right"/>
            </w:pPr>
            <w:r>
              <w:rPr>
                <w:sz w:val="22"/>
              </w:rPr>
              <w:t>1.788.400.000</w:t>
            </w:r>
          </w:p>
        </w:tc>
      </w:tr>
      <w:tr w:rsidR="00D23172" w14:paraId="6FAD959F" w14:textId="77777777">
        <w:trPr>
          <w:jc w:val="center"/>
        </w:trPr>
        <w:tc>
          <w:tcPr>
            <w:tcW w:w="57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DC862" w14:textId="77777777" w:rsidR="00D23172" w:rsidRDefault="00BE4B1B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3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D181E" w14:textId="77777777" w:rsidR="00D23172" w:rsidRDefault="00BE4B1B">
            <w:r>
              <w:rPr>
                <w:sz w:val="22"/>
              </w:rPr>
              <w:t>Nâng c</w:t>
            </w:r>
            <w:r>
              <w:rPr>
                <w:sz w:val="22"/>
              </w:rPr>
              <w:t>ấ</w:t>
            </w:r>
            <w:r>
              <w:rPr>
                <w:sz w:val="22"/>
              </w:rPr>
              <w:t>p thêm 1 b</w:t>
            </w:r>
            <w:r>
              <w:rPr>
                <w:sz w:val="22"/>
              </w:rPr>
              <w:t>ộ</w:t>
            </w:r>
            <w:r>
              <w:rPr>
                <w:sz w:val="22"/>
              </w:rPr>
              <w:t xml:space="preserve"> nhãn treo theo yêu c</w:t>
            </w:r>
            <w:r>
              <w:rPr>
                <w:sz w:val="22"/>
              </w:rPr>
              <w:t>ầ</w:t>
            </w:r>
            <w:r>
              <w:rPr>
                <w:sz w:val="22"/>
              </w:rPr>
              <w:t>u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C2F970" w14:textId="77777777" w:rsidR="00D23172" w:rsidRDefault="00BE4B1B">
            <w:pPr>
              <w:jc w:val="center"/>
            </w:pPr>
            <w:r>
              <w:rPr>
                <w:sz w:val="22"/>
              </w:rPr>
              <w:t>Trung</w:t>
            </w:r>
            <w:r>
              <w:rPr>
                <w:sz w:val="22"/>
              </w:rPr>
              <w:br/>
              <w:t>Qu</w:t>
            </w:r>
            <w:r>
              <w:rPr>
                <w:sz w:val="22"/>
              </w:rPr>
              <w:t>ố</w:t>
            </w:r>
            <w:r>
              <w:rPr>
                <w:sz w:val="22"/>
              </w:rPr>
              <w:t>c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E8138D" w14:textId="77777777" w:rsidR="00D23172" w:rsidRDefault="00BE4B1B">
            <w:pPr>
              <w:jc w:val="center"/>
            </w:pPr>
            <w:r>
              <w:rPr>
                <w:sz w:val="22"/>
              </w:rPr>
              <w:t>01</w:t>
            </w:r>
          </w:p>
        </w:tc>
        <w:tc>
          <w:tcPr>
            <w:tcW w:w="16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2E090" w14:textId="77777777" w:rsidR="00D23172" w:rsidRDefault="00BE4B1B">
            <w:pPr>
              <w:jc w:val="right"/>
            </w:pPr>
            <w:r>
              <w:rPr>
                <w:sz w:val="22"/>
              </w:rPr>
              <w:t>131.500.000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ADD412" w14:textId="77777777" w:rsidR="00D23172" w:rsidRDefault="00BE4B1B">
            <w:pPr>
              <w:jc w:val="right"/>
            </w:pPr>
            <w:r>
              <w:rPr>
                <w:sz w:val="22"/>
              </w:rPr>
              <w:t>131.500.000</w:t>
            </w:r>
          </w:p>
        </w:tc>
      </w:tr>
      <w:tr w:rsidR="00D23172" w14:paraId="5C71648D" w14:textId="77777777">
        <w:trPr>
          <w:jc w:val="center"/>
        </w:trPr>
        <w:tc>
          <w:tcPr>
            <w:tcW w:w="57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51E1DB" w14:textId="77777777" w:rsidR="00D23172" w:rsidRDefault="00BE4B1B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3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527A61" w14:textId="77777777" w:rsidR="00D23172" w:rsidRDefault="00BE4B1B">
            <w:r>
              <w:rPr>
                <w:sz w:val="22"/>
              </w:rPr>
              <w:t>Ph</w:t>
            </w:r>
            <w:r>
              <w:rPr>
                <w:sz w:val="22"/>
              </w:rPr>
              <w:t>ụ</w:t>
            </w:r>
            <w:r>
              <w:rPr>
                <w:sz w:val="22"/>
              </w:rPr>
              <w:t xml:space="preserve"> tùng kèm theo máy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(Theo danh sách t</w:t>
            </w:r>
            <w:r>
              <w:rPr>
                <w:sz w:val="22"/>
              </w:rPr>
              <w:t>ạ</w:t>
            </w:r>
            <w:r>
              <w:rPr>
                <w:sz w:val="22"/>
              </w:rPr>
              <w:t>i Ph</w:t>
            </w:r>
            <w:r>
              <w:rPr>
                <w:sz w:val="22"/>
              </w:rPr>
              <w:t>ụ</w:t>
            </w:r>
            <w:r>
              <w:rPr>
                <w:sz w:val="22"/>
              </w:rPr>
              <w:t xml:space="preserve"> l</w:t>
            </w:r>
            <w:r>
              <w:rPr>
                <w:sz w:val="22"/>
              </w:rPr>
              <w:t>ụ</w:t>
            </w:r>
            <w:r>
              <w:rPr>
                <w:sz w:val="22"/>
              </w:rPr>
              <w:t>c đính kèm)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2DC3C4" w14:textId="77777777" w:rsidR="00D23172" w:rsidRDefault="00BE4B1B">
            <w:pPr>
              <w:jc w:val="center"/>
            </w:pPr>
            <w:r>
              <w:rPr>
                <w:sz w:val="22"/>
              </w:rPr>
              <w:t>Trung</w:t>
            </w:r>
            <w:r>
              <w:rPr>
                <w:sz w:val="22"/>
              </w:rPr>
              <w:br/>
              <w:t>Qu</w:t>
            </w:r>
            <w:r>
              <w:rPr>
                <w:sz w:val="22"/>
              </w:rPr>
              <w:t>ố</w:t>
            </w:r>
            <w:r>
              <w:rPr>
                <w:sz w:val="22"/>
              </w:rPr>
              <w:t>c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BBF8AA" w14:textId="77777777" w:rsidR="00D23172" w:rsidRDefault="00BE4B1B">
            <w:pPr>
              <w:jc w:val="center"/>
            </w:pPr>
            <w:r>
              <w:rPr>
                <w:sz w:val="22"/>
              </w:rPr>
              <w:t>01</w:t>
            </w:r>
          </w:p>
        </w:tc>
        <w:tc>
          <w:tcPr>
            <w:tcW w:w="16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3F7005" w14:textId="77777777" w:rsidR="00D23172" w:rsidRDefault="00BE4B1B">
            <w:pPr>
              <w:jc w:val="right"/>
            </w:pPr>
            <w:r>
              <w:rPr>
                <w:sz w:val="22"/>
              </w:rPr>
              <w:t>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B936A1" w14:textId="77777777" w:rsidR="00D23172" w:rsidRDefault="00BE4B1B">
            <w:pPr>
              <w:jc w:val="right"/>
            </w:pPr>
            <w:r>
              <w:rPr>
                <w:sz w:val="22"/>
              </w:rPr>
              <w:t>0</w:t>
            </w:r>
          </w:p>
        </w:tc>
      </w:tr>
      <w:tr w:rsidR="00D23172" w14:paraId="7B5E2557" w14:textId="77777777">
        <w:trPr>
          <w:jc w:val="center"/>
        </w:trPr>
        <w:tc>
          <w:tcPr>
            <w:tcW w:w="7776" w:type="dxa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B598F" w14:textId="77777777" w:rsidR="00D23172" w:rsidRDefault="00BE4B1B">
            <w:pPr>
              <w:jc w:val="center"/>
            </w:pPr>
            <w:r>
              <w:rPr>
                <w:b/>
                <w:sz w:val="22"/>
              </w:rPr>
              <w:t>C</w:t>
            </w:r>
            <w:r>
              <w:rPr>
                <w:b/>
                <w:sz w:val="22"/>
              </w:rPr>
              <w:t>Ộ</w:t>
            </w:r>
            <w:r>
              <w:rPr>
                <w:b/>
                <w:sz w:val="22"/>
              </w:rPr>
              <w:t>NG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1763D7" w14:textId="77777777" w:rsidR="00D23172" w:rsidRDefault="00BE4B1B">
            <w:pPr>
              <w:jc w:val="right"/>
            </w:pPr>
            <w:r>
              <w:rPr>
                <w:b/>
                <w:sz w:val="22"/>
              </w:rPr>
              <w:t>1.919.900.000</w:t>
            </w:r>
          </w:p>
        </w:tc>
      </w:tr>
      <w:tr w:rsidR="00D23172" w14:paraId="2C00E8D4" w14:textId="77777777">
        <w:trPr>
          <w:jc w:val="center"/>
        </w:trPr>
        <w:tc>
          <w:tcPr>
            <w:tcW w:w="7776" w:type="dxa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CB6CB8" w14:textId="77777777" w:rsidR="00D23172" w:rsidRDefault="00BE4B1B">
            <w:pPr>
              <w:jc w:val="center"/>
            </w:pPr>
            <w:r>
              <w:rPr>
                <w:b/>
                <w:sz w:val="22"/>
              </w:rPr>
              <w:t>THU</w:t>
            </w:r>
            <w:r>
              <w:rPr>
                <w:b/>
                <w:sz w:val="22"/>
              </w:rPr>
              <w:t>Ế</w:t>
            </w:r>
            <w:r>
              <w:rPr>
                <w:b/>
                <w:sz w:val="22"/>
              </w:rPr>
              <w:t xml:space="preserve"> GTGT 8%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16C142" w14:textId="77777777" w:rsidR="00D23172" w:rsidRDefault="00BE4B1B">
            <w:pPr>
              <w:jc w:val="right"/>
            </w:pPr>
            <w:r>
              <w:rPr>
                <w:b/>
                <w:sz w:val="22"/>
              </w:rPr>
              <w:t>153.592.000</w:t>
            </w:r>
          </w:p>
        </w:tc>
      </w:tr>
      <w:tr w:rsidR="00D23172" w14:paraId="6C265F99" w14:textId="77777777">
        <w:trPr>
          <w:jc w:val="center"/>
        </w:trPr>
        <w:tc>
          <w:tcPr>
            <w:tcW w:w="7776" w:type="dxa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F0DD6A" w14:textId="77777777" w:rsidR="00D23172" w:rsidRDefault="00BE4B1B">
            <w:pPr>
              <w:jc w:val="center"/>
            </w:pPr>
            <w:r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t>ổ</w:t>
            </w:r>
            <w:r>
              <w:rPr>
                <w:b/>
                <w:sz w:val="22"/>
              </w:rPr>
              <w:t>ng c</w:t>
            </w:r>
            <w:r>
              <w:rPr>
                <w:b/>
                <w:sz w:val="22"/>
              </w:rPr>
              <w:t>ộ</w:t>
            </w:r>
            <w:r>
              <w:rPr>
                <w:b/>
                <w:sz w:val="22"/>
              </w:rPr>
              <w:t>ng đã bao g</w:t>
            </w:r>
            <w:r>
              <w:rPr>
                <w:b/>
                <w:sz w:val="22"/>
              </w:rPr>
              <w:t>ồ</w:t>
            </w:r>
            <w:r>
              <w:rPr>
                <w:b/>
                <w:sz w:val="22"/>
              </w:rPr>
              <w:t>m thu</w:t>
            </w:r>
            <w:r>
              <w:rPr>
                <w:b/>
                <w:sz w:val="22"/>
              </w:rPr>
              <w:t>ế</w:t>
            </w:r>
            <w:r>
              <w:rPr>
                <w:b/>
                <w:sz w:val="22"/>
              </w:rPr>
              <w:t xml:space="preserve"> GTGT 8%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6B0186" w14:textId="77777777" w:rsidR="00D23172" w:rsidRDefault="00BE4B1B">
            <w:pPr>
              <w:jc w:val="right"/>
            </w:pPr>
            <w:r>
              <w:rPr>
                <w:b/>
                <w:sz w:val="22"/>
              </w:rPr>
              <w:t>2.073.492.000</w:t>
            </w:r>
          </w:p>
        </w:tc>
      </w:tr>
      <w:tr w:rsidR="00D23172" w14:paraId="6898E425" w14:textId="77777777">
        <w:trPr>
          <w:jc w:val="center"/>
        </w:trPr>
        <w:tc>
          <w:tcPr>
            <w:tcW w:w="9360" w:type="dxa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E5C55" w14:textId="77777777" w:rsidR="00D23172" w:rsidRDefault="00BE4B1B">
            <w:pPr>
              <w:spacing w:before="80" w:after="80"/>
              <w:jc w:val="center"/>
            </w:pPr>
            <w:r>
              <w:rPr>
                <w:i/>
                <w:sz w:val="22"/>
              </w:rPr>
              <w:t>B</w:t>
            </w:r>
            <w:r>
              <w:rPr>
                <w:i/>
                <w:sz w:val="22"/>
              </w:rPr>
              <w:t>ằ</w:t>
            </w:r>
            <w:r>
              <w:rPr>
                <w:i/>
                <w:sz w:val="22"/>
              </w:rPr>
              <w:t>ng ch</w:t>
            </w:r>
            <w:r>
              <w:rPr>
                <w:i/>
                <w:sz w:val="22"/>
              </w:rPr>
              <w:t>ữ</w:t>
            </w:r>
            <w:r>
              <w:rPr>
                <w:i/>
                <w:sz w:val="22"/>
              </w:rPr>
              <w:t>: Hai t</w:t>
            </w:r>
            <w:r>
              <w:rPr>
                <w:i/>
                <w:sz w:val="22"/>
              </w:rPr>
              <w:t>ỷ</w:t>
            </w:r>
            <w:r>
              <w:rPr>
                <w:i/>
                <w:sz w:val="22"/>
              </w:rPr>
              <w:t xml:space="preserve"> không trăm b</w:t>
            </w:r>
            <w:r>
              <w:rPr>
                <w:i/>
                <w:sz w:val="22"/>
              </w:rPr>
              <w:t>ả</w:t>
            </w:r>
            <w:r>
              <w:rPr>
                <w:i/>
                <w:sz w:val="22"/>
              </w:rPr>
              <w:t>y mươi ba tri</w:t>
            </w:r>
            <w:r>
              <w:rPr>
                <w:i/>
                <w:sz w:val="22"/>
              </w:rPr>
              <w:t>ệ</w:t>
            </w:r>
            <w:r>
              <w:rPr>
                <w:i/>
                <w:sz w:val="22"/>
              </w:rPr>
              <w:t>u b</w:t>
            </w:r>
            <w:r>
              <w:rPr>
                <w:i/>
                <w:sz w:val="22"/>
              </w:rPr>
              <w:t>ố</w:t>
            </w:r>
            <w:r>
              <w:rPr>
                <w:i/>
                <w:sz w:val="22"/>
              </w:rPr>
              <w:t>n trăm chín mươi hai nghìn đ</w:t>
            </w:r>
            <w:r>
              <w:rPr>
                <w:i/>
                <w:sz w:val="22"/>
              </w:rPr>
              <w:t>ồ</w:t>
            </w:r>
            <w:r>
              <w:rPr>
                <w:i/>
                <w:sz w:val="22"/>
              </w:rPr>
              <w:t>ng ch</w:t>
            </w:r>
            <w:r>
              <w:rPr>
                <w:i/>
                <w:sz w:val="22"/>
              </w:rPr>
              <w:t>ẵ</w:t>
            </w:r>
            <w:r>
              <w:rPr>
                <w:i/>
                <w:sz w:val="22"/>
              </w:rPr>
              <w:t>n./.</w:t>
            </w:r>
          </w:p>
        </w:tc>
      </w:tr>
    </w:tbl>
    <w:p w14:paraId="4C755348" w14:textId="77777777" w:rsidR="00D23172" w:rsidRDefault="00BE4B1B">
      <w:pPr>
        <w:spacing w:before="120" w:after="40"/>
        <w:jc w:val="both"/>
      </w:pPr>
      <w:r>
        <w:rPr>
          <w:b/>
          <w:i/>
          <w:sz w:val="22"/>
        </w:rPr>
        <w:t>Ghi chú:</w:t>
      </w:r>
    </w:p>
    <w:p w14:paraId="4C08C3F4" w14:textId="77777777" w:rsidR="00D23172" w:rsidRDefault="00BE4B1B">
      <w:pPr>
        <w:spacing w:after="40"/>
        <w:jc w:val="both"/>
      </w:pPr>
      <w:r>
        <w:rPr>
          <w:i/>
          <w:sz w:val="22"/>
        </w:rPr>
        <w:t>- Thu</w:t>
      </w:r>
      <w:r>
        <w:rPr>
          <w:i/>
          <w:sz w:val="22"/>
        </w:rPr>
        <w:t>ế</w:t>
      </w:r>
      <w:r>
        <w:rPr>
          <w:i/>
          <w:sz w:val="22"/>
        </w:rPr>
        <w:t xml:space="preserve"> GTGT chính th</w:t>
      </w:r>
      <w:r>
        <w:rPr>
          <w:i/>
          <w:sz w:val="22"/>
        </w:rPr>
        <w:t>ứ</w:t>
      </w:r>
      <w:r>
        <w:rPr>
          <w:i/>
          <w:sz w:val="22"/>
        </w:rPr>
        <w:t>c s</w:t>
      </w:r>
      <w:r>
        <w:rPr>
          <w:i/>
          <w:sz w:val="22"/>
        </w:rPr>
        <w:t>ẽ</w:t>
      </w:r>
      <w:r>
        <w:rPr>
          <w:i/>
          <w:sz w:val="22"/>
        </w:rPr>
        <w:t xml:space="preserve"> đư</w:t>
      </w:r>
      <w:r>
        <w:rPr>
          <w:i/>
          <w:sz w:val="22"/>
        </w:rPr>
        <w:t>ợ</w:t>
      </w:r>
      <w:r>
        <w:rPr>
          <w:i/>
          <w:sz w:val="22"/>
        </w:rPr>
        <w:t>c áp d</w:t>
      </w:r>
      <w:r>
        <w:rPr>
          <w:i/>
          <w:sz w:val="22"/>
        </w:rPr>
        <w:t>ụ</w:t>
      </w:r>
      <w:r>
        <w:rPr>
          <w:i/>
          <w:sz w:val="22"/>
        </w:rPr>
        <w:t>ng theo Lu</w:t>
      </w:r>
      <w:r>
        <w:rPr>
          <w:i/>
          <w:sz w:val="22"/>
        </w:rPr>
        <w:t>ậ</w:t>
      </w:r>
      <w:r>
        <w:rPr>
          <w:i/>
          <w:sz w:val="22"/>
        </w:rPr>
        <w:t>t Thu</w:t>
      </w:r>
      <w:r>
        <w:rPr>
          <w:i/>
          <w:sz w:val="22"/>
        </w:rPr>
        <w:t>ế</w:t>
      </w:r>
      <w:r>
        <w:rPr>
          <w:i/>
          <w:sz w:val="22"/>
        </w:rPr>
        <w:t xml:space="preserve"> Vi</w:t>
      </w:r>
      <w:r>
        <w:rPr>
          <w:i/>
          <w:sz w:val="22"/>
        </w:rPr>
        <w:t>ệ</w:t>
      </w:r>
      <w:r>
        <w:rPr>
          <w:i/>
          <w:sz w:val="22"/>
        </w:rPr>
        <w:t>t Nam t</w:t>
      </w:r>
      <w:r>
        <w:rPr>
          <w:i/>
          <w:sz w:val="22"/>
        </w:rPr>
        <w:t>ạ</w:t>
      </w:r>
      <w:r>
        <w:rPr>
          <w:i/>
          <w:sz w:val="22"/>
        </w:rPr>
        <w:t>i th</w:t>
      </w:r>
      <w:r>
        <w:rPr>
          <w:i/>
          <w:sz w:val="22"/>
        </w:rPr>
        <w:t>ờ</w:t>
      </w:r>
      <w:r>
        <w:rPr>
          <w:i/>
          <w:sz w:val="22"/>
        </w:rPr>
        <w:t>i đi</w:t>
      </w:r>
      <w:r>
        <w:rPr>
          <w:i/>
          <w:sz w:val="22"/>
        </w:rPr>
        <w:t>ể</w:t>
      </w:r>
      <w:r>
        <w:rPr>
          <w:i/>
          <w:sz w:val="22"/>
        </w:rPr>
        <w:t>m phát hành hóa đơn GTGT. T</w:t>
      </w:r>
      <w:r>
        <w:rPr>
          <w:i/>
          <w:sz w:val="22"/>
        </w:rPr>
        <w:t>ổ</w:t>
      </w:r>
      <w:r>
        <w:rPr>
          <w:i/>
          <w:sz w:val="22"/>
        </w:rPr>
        <w:t>ng giá tr</w:t>
      </w:r>
      <w:r>
        <w:rPr>
          <w:i/>
          <w:sz w:val="22"/>
        </w:rPr>
        <w:t>ị</w:t>
      </w:r>
      <w:r>
        <w:rPr>
          <w:i/>
          <w:sz w:val="22"/>
        </w:rPr>
        <w:t xml:space="preserve"> h</w:t>
      </w:r>
      <w:r>
        <w:rPr>
          <w:i/>
          <w:sz w:val="22"/>
        </w:rPr>
        <w:t>ợ</w:t>
      </w:r>
      <w:r>
        <w:rPr>
          <w:i/>
          <w:sz w:val="22"/>
        </w:rPr>
        <w:t>p đ</w:t>
      </w:r>
      <w:r>
        <w:rPr>
          <w:i/>
          <w:sz w:val="22"/>
        </w:rPr>
        <w:t>ồ</w:t>
      </w:r>
      <w:r>
        <w:rPr>
          <w:i/>
          <w:sz w:val="22"/>
        </w:rPr>
        <w:t>ng chính th</w:t>
      </w:r>
      <w:r>
        <w:rPr>
          <w:i/>
          <w:sz w:val="22"/>
        </w:rPr>
        <w:t>ứ</w:t>
      </w:r>
      <w:r>
        <w:rPr>
          <w:i/>
          <w:sz w:val="22"/>
        </w:rPr>
        <w:t>c s</w:t>
      </w:r>
      <w:r>
        <w:rPr>
          <w:i/>
          <w:sz w:val="22"/>
        </w:rPr>
        <w:t>ẽ</w:t>
      </w:r>
      <w:r>
        <w:rPr>
          <w:i/>
          <w:sz w:val="22"/>
        </w:rPr>
        <w:t xml:space="preserve"> đư</w:t>
      </w:r>
      <w:r>
        <w:rPr>
          <w:i/>
          <w:sz w:val="22"/>
        </w:rPr>
        <w:t>ợ</w:t>
      </w:r>
      <w:r>
        <w:rPr>
          <w:i/>
          <w:sz w:val="22"/>
        </w:rPr>
        <w:t>c tính b</w:t>
      </w:r>
      <w:r>
        <w:rPr>
          <w:i/>
          <w:sz w:val="22"/>
        </w:rPr>
        <w:t>ằ</w:t>
      </w:r>
      <w:r>
        <w:rPr>
          <w:i/>
          <w:sz w:val="22"/>
        </w:rPr>
        <w:t>ng VND đã bao g</w:t>
      </w:r>
      <w:r>
        <w:rPr>
          <w:i/>
          <w:sz w:val="22"/>
        </w:rPr>
        <w:t>ồ</w:t>
      </w:r>
      <w:r>
        <w:rPr>
          <w:i/>
          <w:sz w:val="22"/>
        </w:rPr>
        <w:t>m thu</w:t>
      </w:r>
      <w:r>
        <w:rPr>
          <w:i/>
          <w:sz w:val="22"/>
        </w:rPr>
        <w:t>ế</w:t>
      </w:r>
      <w:r>
        <w:rPr>
          <w:i/>
          <w:sz w:val="22"/>
        </w:rPr>
        <w:t xml:space="preserve"> GTGT căn c</w:t>
      </w:r>
      <w:r>
        <w:rPr>
          <w:i/>
          <w:sz w:val="22"/>
        </w:rPr>
        <w:t>ứ</w:t>
      </w:r>
      <w:r>
        <w:rPr>
          <w:i/>
          <w:sz w:val="22"/>
        </w:rPr>
        <w:t xml:space="preserve"> theo hóa đơn đã phát hành theo quy đ</w:t>
      </w:r>
      <w:r>
        <w:rPr>
          <w:i/>
          <w:sz w:val="22"/>
        </w:rPr>
        <w:t>ị</w:t>
      </w:r>
      <w:r>
        <w:rPr>
          <w:i/>
          <w:sz w:val="22"/>
        </w:rPr>
        <w:t>nh c</w:t>
      </w:r>
      <w:r>
        <w:rPr>
          <w:i/>
          <w:sz w:val="22"/>
        </w:rPr>
        <w:t>ủ</w:t>
      </w:r>
      <w:r>
        <w:rPr>
          <w:i/>
          <w:sz w:val="22"/>
        </w:rPr>
        <w:t>a Pháp lu</w:t>
      </w:r>
      <w:r>
        <w:rPr>
          <w:i/>
          <w:sz w:val="22"/>
        </w:rPr>
        <w:t>ậ</w:t>
      </w:r>
      <w:r>
        <w:rPr>
          <w:i/>
          <w:sz w:val="22"/>
        </w:rPr>
        <w:t>t;</w:t>
      </w:r>
    </w:p>
    <w:p w14:paraId="07523678" w14:textId="77777777" w:rsidR="00D23172" w:rsidRDefault="00BE4B1B">
      <w:pPr>
        <w:spacing w:after="40"/>
        <w:jc w:val="both"/>
      </w:pPr>
      <w:r>
        <w:rPr>
          <w:i/>
          <w:sz w:val="22"/>
        </w:rPr>
        <w:t>- Giá trên là giá đã bao g</w:t>
      </w:r>
      <w:r>
        <w:rPr>
          <w:i/>
          <w:sz w:val="22"/>
        </w:rPr>
        <w:t>ồ</w:t>
      </w:r>
      <w:r>
        <w:rPr>
          <w:i/>
          <w:sz w:val="22"/>
        </w:rPr>
        <w:t>m thu</w:t>
      </w:r>
      <w:r>
        <w:rPr>
          <w:i/>
          <w:sz w:val="22"/>
        </w:rPr>
        <w:t>ế</w:t>
      </w:r>
      <w:r>
        <w:rPr>
          <w:i/>
          <w:sz w:val="22"/>
        </w:rPr>
        <w:t xml:space="preserve"> GTGT 8%, đã bao g</w:t>
      </w:r>
      <w:r>
        <w:rPr>
          <w:i/>
          <w:sz w:val="22"/>
        </w:rPr>
        <w:t>ồ</w:t>
      </w:r>
      <w:r>
        <w:rPr>
          <w:i/>
          <w:sz w:val="22"/>
        </w:rPr>
        <w:t>m chi phí v</w:t>
      </w:r>
      <w:r>
        <w:rPr>
          <w:i/>
          <w:sz w:val="22"/>
        </w:rPr>
        <w:t>ậ</w:t>
      </w:r>
      <w:r>
        <w:rPr>
          <w:i/>
          <w:sz w:val="22"/>
        </w:rPr>
        <w:t>n chuy</w:t>
      </w:r>
      <w:r>
        <w:rPr>
          <w:i/>
          <w:sz w:val="22"/>
        </w:rPr>
        <w:t>ể</w:t>
      </w:r>
      <w:r>
        <w:rPr>
          <w:i/>
          <w:sz w:val="22"/>
        </w:rPr>
        <w:t>n đ</w:t>
      </w:r>
      <w:r>
        <w:rPr>
          <w:i/>
          <w:sz w:val="22"/>
        </w:rPr>
        <w:t>ế</w:t>
      </w:r>
      <w:r>
        <w:rPr>
          <w:i/>
          <w:sz w:val="22"/>
        </w:rPr>
        <w:t>n đ</w:t>
      </w:r>
      <w:r>
        <w:rPr>
          <w:i/>
          <w:sz w:val="22"/>
        </w:rPr>
        <w:t>ị</w:t>
      </w:r>
      <w:r>
        <w:rPr>
          <w:i/>
          <w:sz w:val="22"/>
        </w:rPr>
        <w:t>a đi</w:t>
      </w:r>
      <w:r>
        <w:rPr>
          <w:i/>
          <w:sz w:val="22"/>
        </w:rPr>
        <w:t>ể</w:t>
      </w:r>
      <w:r>
        <w:rPr>
          <w:i/>
          <w:sz w:val="22"/>
        </w:rPr>
        <w:t>m l</w:t>
      </w:r>
      <w:r>
        <w:rPr>
          <w:i/>
          <w:sz w:val="22"/>
        </w:rPr>
        <w:t>ắ</w:t>
      </w:r>
      <w:r>
        <w:rPr>
          <w:i/>
          <w:sz w:val="22"/>
        </w:rPr>
        <w:t>p đ</w:t>
      </w:r>
      <w:r>
        <w:rPr>
          <w:i/>
          <w:sz w:val="22"/>
        </w:rPr>
        <w:t>ặ</w:t>
      </w:r>
      <w:r>
        <w:rPr>
          <w:i/>
          <w:sz w:val="22"/>
        </w:rPr>
        <w:t>t, chi phí chuyên gia hư</w:t>
      </w:r>
      <w:r>
        <w:rPr>
          <w:i/>
          <w:sz w:val="22"/>
        </w:rPr>
        <w:t>ớ</w:t>
      </w:r>
      <w:r>
        <w:rPr>
          <w:i/>
          <w:sz w:val="22"/>
        </w:rPr>
        <w:t>ng d</w:t>
      </w:r>
      <w:r>
        <w:rPr>
          <w:i/>
          <w:sz w:val="22"/>
        </w:rPr>
        <w:t>ẫ</w:t>
      </w:r>
      <w:r>
        <w:rPr>
          <w:i/>
          <w:sz w:val="22"/>
        </w:rPr>
        <w:t>n l</w:t>
      </w:r>
      <w:r>
        <w:rPr>
          <w:i/>
          <w:sz w:val="22"/>
        </w:rPr>
        <w:t>ắ</w:t>
      </w:r>
      <w:r>
        <w:rPr>
          <w:i/>
          <w:sz w:val="22"/>
        </w:rPr>
        <w:t>p đ</w:t>
      </w:r>
      <w:r>
        <w:rPr>
          <w:i/>
          <w:sz w:val="22"/>
        </w:rPr>
        <w:t>ặ</w:t>
      </w:r>
      <w:r>
        <w:rPr>
          <w:i/>
          <w:sz w:val="22"/>
        </w:rPr>
        <w:t>t và hư</w:t>
      </w:r>
      <w:r>
        <w:rPr>
          <w:i/>
          <w:sz w:val="22"/>
        </w:rPr>
        <w:t>ớ</w:t>
      </w:r>
      <w:r>
        <w:rPr>
          <w:i/>
          <w:sz w:val="22"/>
        </w:rPr>
        <w:t>ng d</w:t>
      </w:r>
      <w:r>
        <w:rPr>
          <w:i/>
          <w:sz w:val="22"/>
        </w:rPr>
        <w:t>ẫ</w:t>
      </w:r>
      <w:r>
        <w:rPr>
          <w:i/>
          <w:sz w:val="22"/>
        </w:rPr>
        <w:t>n v</w:t>
      </w:r>
      <w:r>
        <w:rPr>
          <w:i/>
          <w:sz w:val="22"/>
        </w:rPr>
        <w:t>ậ</w:t>
      </w:r>
      <w:r>
        <w:rPr>
          <w:i/>
          <w:sz w:val="22"/>
        </w:rPr>
        <w:t>n hành, chuy</w:t>
      </w:r>
      <w:r>
        <w:rPr>
          <w:i/>
          <w:sz w:val="22"/>
        </w:rPr>
        <w:t>ể</w:t>
      </w:r>
      <w:r>
        <w:rPr>
          <w:i/>
          <w:sz w:val="22"/>
        </w:rPr>
        <w:t>n giao thi</w:t>
      </w:r>
      <w:r>
        <w:rPr>
          <w:i/>
          <w:sz w:val="22"/>
        </w:rPr>
        <w:t>ế</w:t>
      </w:r>
      <w:r>
        <w:rPr>
          <w:i/>
          <w:sz w:val="22"/>
        </w:rPr>
        <w:t>t b</w:t>
      </w:r>
      <w:r>
        <w:rPr>
          <w:i/>
          <w:sz w:val="22"/>
        </w:rPr>
        <w:t>ị</w:t>
      </w:r>
      <w:r>
        <w:rPr>
          <w:i/>
          <w:sz w:val="22"/>
        </w:rPr>
        <w:t>;</w:t>
      </w:r>
    </w:p>
    <w:p w14:paraId="7800505D" w14:textId="77777777" w:rsidR="00D23172" w:rsidRDefault="00BE4B1B">
      <w:pPr>
        <w:spacing w:after="40"/>
        <w:jc w:val="both"/>
      </w:pPr>
      <w:r>
        <w:rPr>
          <w:i/>
          <w:sz w:val="22"/>
        </w:rPr>
        <w:t>- Chi ti</w:t>
      </w:r>
      <w:r>
        <w:rPr>
          <w:i/>
          <w:sz w:val="22"/>
        </w:rPr>
        <w:t>ế</w:t>
      </w:r>
      <w:r>
        <w:rPr>
          <w:i/>
          <w:sz w:val="22"/>
        </w:rPr>
        <w:t>t thi</w:t>
      </w:r>
      <w:r>
        <w:rPr>
          <w:i/>
          <w:sz w:val="22"/>
        </w:rPr>
        <w:t>ế</w:t>
      </w:r>
      <w:r>
        <w:rPr>
          <w:i/>
          <w:sz w:val="22"/>
        </w:rPr>
        <w:t>t b</w:t>
      </w:r>
      <w:r>
        <w:rPr>
          <w:i/>
          <w:sz w:val="22"/>
        </w:rPr>
        <w:t>ị</w:t>
      </w:r>
      <w:r>
        <w:rPr>
          <w:i/>
          <w:sz w:val="22"/>
        </w:rPr>
        <w:t>: Tên, nư</w:t>
      </w:r>
      <w:r>
        <w:rPr>
          <w:i/>
          <w:sz w:val="22"/>
        </w:rPr>
        <w:t>ớ</w:t>
      </w:r>
      <w:r>
        <w:rPr>
          <w:i/>
          <w:sz w:val="22"/>
        </w:rPr>
        <w:t>c s</w:t>
      </w:r>
      <w:r>
        <w:rPr>
          <w:i/>
          <w:sz w:val="22"/>
        </w:rPr>
        <w:t>ả</w:t>
      </w:r>
      <w:r>
        <w:rPr>
          <w:i/>
          <w:sz w:val="22"/>
        </w:rPr>
        <w:t>n xu</w:t>
      </w:r>
      <w:r>
        <w:rPr>
          <w:i/>
          <w:sz w:val="22"/>
        </w:rPr>
        <w:t>ấ</w:t>
      </w:r>
      <w:r>
        <w:rPr>
          <w:i/>
          <w:sz w:val="22"/>
        </w:rPr>
        <w:t>t, năm s</w:t>
      </w:r>
      <w:r>
        <w:rPr>
          <w:i/>
          <w:sz w:val="22"/>
        </w:rPr>
        <w:t>ả</w:t>
      </w:r>
      <w:r>
        <w:rPr>
          <w:i/>
          <w:sz w:val="22"/>
        </w:rPr>
        <w:t>n xu</w:t>
      </w:r>
      <w:r>
        <w:rPr>
          <w:i/>
          <w:sz w:val="22"/>
        </w:rPr>
        <w:t>ấ</w:t>
      </w:r>
      <w:r>
        <w:rPr>
          <w:i/>
          <w:sz w:val="22"/>
        </w:rPr>
        <w:t>t, các đ</w:t>
      </w:r>
      <w:r>
        <w:rPr>
          <w:i/>
          <w:sz w:val="22"/>
        </w:rPr>
        <w:t>ặ</w:t>
      </w:r>
      <w:r>
        <w:rPr>
          <w:i/>
          <w:sz w:val="22"/>
        </w:rPr>
        <w:t>c tính k</w:t>
      </w:r>
      <w:r>
        <w:rPr>
          <w:i/>
          <w:sz w:val="22"/>
        </w:rPr>
        <w:t>ỹ</w:t>
      </w:r>
      <w:r>
        <w:rPr>
          <w:i/>
          <w:sz w:val="22"/>
        </w:rPr>
        <w:t xml:space="preserve"> thu</w:t>
      </w:r>
      <w:r>
        <w:rPr>
          <w:i/>
          <w:sz w:val="22"/>
        </w:rPr>
        <w:t>ậ</w:t>
      </w:r>
      <w:r>
        <w:rPr>
          <w:i/>
          <w:sz w:val="22"/>
        </w:rPr>
        <w:t>t ...s</w:t>
      </w:r>
      <w:r>
        <w:rPr>
          <w:i/>
          <w:sz w:val="22"/>
        </w:rPr>
        <w:t>ẽ</w:t>
      </w:r>
      <w:r>
        <w:rPr>
          <w:i/>
          <w:sz w:val="22"/>
        </w:rPr>
        <w:t xml:space="preserve"> đư</w:t>
      </w:r>
      <w:r>
        <w:rPr>
          <w:i/>
          <w:sz w:val="22"/>
        </w:rPr>
        <w:t>ợ</w:t>
      </w:r>
      <w:r>
        <w:rPr>
          <w:i/>
          <w:sz w:val="22"/>
        </w:rPr>
        <w:t>c nêu chi ti</w:t>
      </w:r>
      <w:r>
        <w:rPr>
          <w:i/>
          <w:sz w:val="22"/>
        </w:rPr>
        <w:t>ế</w:t>
      </w:r>
      <w:r>
        <w:rPr>
          <w:i/>
          <w:sz w:val="22"/>
        </w:rPr>
        <w:t>t trong ph</w:t>
      </w:r>
      <w:r>
        <w:rPr>
          <w:i/>
          <w:sz w:val="22"/>
        </w:rPr>
        <w:t>ụ</w:t>
      </w:r>
      <w:r>
        <w:rPr>
          <w:i/>
          <w:sz w:val="22"/>
        </w:rPr>
        <w:t xml:space="preserve"> l</w:t>
      </w:r>
      <w:r>
        <w:rPr>
          <w:i/>
          <w:sz w:val="22"/>
        </w:rPr>
        <w:t>ụ</w:t>
      </w:r>
      <w:r>
        <w:rPr>
          <w:i/>
          <w:sz w:val="22"/>
        </w:rPr>
        <w:t>c h</w:t>
      </w:r>
      <w:r>
        <w:rPr>
          <w:i/>
          <w:sz w:val="22"/>
        </w:rPr>
        <w:t>ợ</w:t>
      </w:r>
      <w:r>
        <w:rPr>
          <w:i/>
          <w:sz w:val="22"/>
        </w:rPr>
        <w:t>p đ</w:t>
      </w:r>
      <w:r>
        <w:rPr>
          <w:i/>
          <w:sz w:val="22"/>
        </w:rPr>
        <w:t>ồ</w:t>
      </w:r>
      <w:r>
        <w:rPr>
          <w:i/>
          <w:sz w:val="22"/>
        </w:rPr>
        <w:t>ng đính kèm này.</w:t>
      </w:r>
    </w:p>
    <w:p w14:paraId="3F17F785" w14:textId="77777777" w:rsidR="00D23172" w:rsidRDefault="00BE4B1B">
      <w:pPr>
        <w:spacing w:before="12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2. Th</w:t>
      </w:r>
      <w:r>
        <w:rPr>
          <w:b/>
        </w:rPr>
        <w:t>ờ</w:t>
      </w:r>
      <w:r>
        <w:rPr>
          <w:b/>
        </w:rPr>
        <w:t>i gian th</w:t>
      </w:r>
      <w:r>
        <w:rPr>
          <w:b/>
        </w:rPr>
        <w:t>ự</w:t>
      </w:r>
      <w:r>
        <w:rPr>
          <w:b/>
        </w:rPr>
        <w:t>c hi</w:t>
      </w:r>
      <w:r>
        <w:rPr>
          <w:b/>
        </w:rPr>
        <w:t>ệ</w:t>
      </w:r>
      <w:r>
        <w:rPr>
          <w:b/>
        </w:rPr>
        <w:t>n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</w:t>
      </w:r>
    </w:p>
    <w:p w14:paraId="157F8D59" w14:textId="77777777" w:rsidR="00D23172" w:rsidRDefault="00BE4B1B">
      <w:pPr>
        <w:spacing w:after="120"/>
        <w:jc w:val="both"/>
      </w:pPr>
      <w:r>
        <w:t>Th</w:t>
      </w:r>
      <w:r>
        <w:t>ờ</w:t>
      </w:r>
      <w:r>
        <w:t>i gian th</w:t>
      </w:r>
      <w:r>
        <w:t>ự</w:t>
      </w:r>
      <w:r>
        <w:t>c hi</w:t>
      </w:r>
      <w:r>
        <w:t>ệ</w:t>
      </w:r>
      <w:r>
        <w:t>n h</w:t>
      </w:r>
      <w:r>
        <w:t>ợ</w:t>
      </w:r>
      <w:r>
        <w:t>p đ</w:t>
      </w:r>
      <w:r>
        <w:t>ồ</w:t>
      </w:r>
      <w:r>
        <w:t>ng: Trong vòng 30 ngày, k</w:t>
      </w:r>
      <w:r>
        <w:t>ể</w:t>
      </w:r>
      <w:r>
        <w:t xml:space="preserve"> t</w:t>
      </w:r>
      <w:r>
        <w:t>ừ</w:t>
      </w:r>
      <w:r>
        <w:t xml:space="preserve"> khi 02 bên ký h</w:t>
      </w:r>
      <w:r>
        <w:t>ợ</w:t>
      </w:r>
      <w:r>
        <w:t>p đ</w:t>
      </w:r>
      <w:r>
        <w:t>ồ</w:t>
      </w:r>
      <w:r>
        <w:t>ng.</w:t>
      </w:r>
    </w:p>
    <w:p w14:paraId="595E559D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3. Trách nhi</w:t>
      </w:r>
      <w:r>
        <w:rPr>
          <w:b/>
        </w:rPr>
        <w:t>ệ</w:t>
      </w:r>
      <w:r>
        <w:rPr>
          <w:b/>
        </w:rPr>
        <w:t>m c</w:t>
      </w:r>
      <w:r>
        <w:rPr>
          <w:b/>
        </w:rPr>
        <w:t>ủ</w:t>
      </w:r>
      <w:r>
        <w:rPr>
          <w:b/>
        </w:rPr>
        <w:t>a Bên A</w:t>
      </w:r>
    </w:p>
    <w:p w14:paraId="1307506A" w14:textId="77777777" w:rsidR="00D23172" w:rsidRDefault="00BE4B1B">
      <w:pPr>
        <w:spacing w:after="120"/>
        <w:jc w:val="both"/>
      </w:pPr>
      <w:r>
        <w:t>Bên A cam k</w:t>
      </w:r>
      <w:r>
        <w:t>ế</w:t>
      </w:r>
      <w:r>
        <w:t>t thanh toán cho Bên B theo giá h</w:t>
      </w:r>
      <w:r>
        <w:t>ợ</w:t>
      </w:r>
      <w:r>
        <w:t>p đ</w:t>
      </w:r>
      <w:r>
        <w:t>ồ</w:t>
      </w:r>
      <w:r>
        <w:t>ng và phương th</w:t>
      </w:r>
      <w:r>
        <w:t>ứ</w:t>
      </w:r>
      <w:r>
        <w:t>c thanh toán nêu t</w:t>
      </w:r>
      <w:r>
        <w:t>ạ</w:t>
      </w:r>
      <w:r>
        <w:t>i Đi</w:t>
      </w:r>
      <w:r>
        <w:t>ề</w:t>
      </w:r>
      <w:r>
        <w:t>u 5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 này cũng như th</w:t>
      </w:r>
      <w:r>
        <w:t>ự</w:t>
      </w:r>
      <w:r>
        <w:t>c hi</w:t>
      </w:r>
      <w:r>
        <w:t>ệ</w:t>
      </w:r>
      <w:r>
        <w:t>n đ</w:t>
      </w:r>
      <w:r>
        <w:t>ầ</w:t>
      </w:r>
      <w:r>
        <w:t>y đ</w:t>
      </w:r>
      <w:r>
        <w:t>ủ</w:t>
      </w:r>
      <w:r>
        <w:t xml:space="preserve"> nghĩa v</w:t>
      </w:r>
      <w:r>
        <w:t>ụ</w:t>
      </w:r>
      <w:r>
        <w:t xml:space="preserve"> và trách nhi</w:t>
      </w:r>
      <w:r>
        <w:t>ệ</w:t>
      </w:r>
      <w:r>
        <w:t>m khác đư</w:t>
      </w:r>
      <w:r>
        <w:t>ợ</w:t>
      </w:r>
      <w:r>
        <w:t>c nêu trong h</w:t>
      </w:r>
      <w:r>
        <w:t>ợ</w:t>
      </w:r>
      <w:r>
        <w:t>p đ</w:t>
      </w:r>
      <w:r>
        <w:t>ồ</w:t>
      </w:r>
      <w:r>
        <w:t>ng.</w:t>
      </w:r>
    </w:p>
    <w:p w14:paraId="1AA4A6F6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4. Trách nhi</w:t>
      </w:r>
      <w:r>
        <w:rPr>
          <w:b/>
        </w:rPr>
        <w:t>ệ</w:t>
      </w:r>
      <w:r>
        <w:rPr>
          <w:b/>
        </w:rPr>
        <w:t>m c</w:t>
      </w:r>
      <w:r>
        <w:rPr>
          <w:b/>
        </w:rPr>
        <w:t>ủ</w:t>
      </w:r>
      <w:r>
        <w:rPr>
          <w:b/>
        </w:rPr>
        <w:t>a Bên B</w:t>
      </w:r>
    </w:p>
    <w:p w14:paraId="39A5E48A" w14:textId="77777777" w:rsidR="00D23172" w:rsidRDefault="00BE4B1B">
      <w:pPr>
        <w:spacing w:after="120"/>
        <w:jc w:val="both"/>
      </w:pPr>
      <w:r>
        <w:t>Bên B cam k</w:t>
      </w:r>
      <w:r>
        <w:t>ế</w:t>
      </w:r>
      <w:r>
        <w:t>t cung c</w:t>
      </w:r>
      <w:r>
        <w:t>ấ</w:t>
      </w:r>
      <w:r>
        <w:t>p cho Bên A đ</w:t>
      </w:r>
      <w:r>
        <w:t>ầ</w:t>
      </w:r>
      <w:r>
        <w:t>y đ</w:t>
      </w:r>
      <w:r>
        <w:t>ủ</w:t>
      </w:r>
      <w:r>
        <w:t xml:space="preserve"> các lo</w:t>
      </w:r>
      <w:r>
        <w:t>ạ</w:t>
      </w:r>
      <w:r>
        <w:t>i hàng hóa và d</w:t>
      </w:r>
      <w:r>
        <w:t>ị</w:t>
      </w:r>
      <w:r>
        <w:t>ch v</w:t>
      </w:r>
      <w:r>
        <w:t>ụ</w:t>
      </w:r>
      <w:r>
        <w:t xml:space="preserve"> liên quan như nêu t</w:t>
      </w:r>
      <w:r>
        <w:t>ạ</w:t>
      </w:r>
      <w:r>
        <w:t>i Đi</w:t>
      </w:r>
      <w:r>
        <w:t>ề</w:t>
      </w:r>
      <w:r>
        <w:t>u 1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 này, đ</w:t>
      </w:r>
      <w:r>
        <w:t>ồ</w:t>
      </w:r>
      <w:r>
        <w:t>ng th</w:t>
      </w:r>
      <w:r>
        <w:t>ờ</w:t>
      </w:r>
      <w:r>
        <w:t>i cam k</w:t>
      </w:r>
      <w:r>
        <w:t>ế</w:t>
      </w:r>
      <w:r>
        <w:t>t th</w:t>
      </w:r>
      <w:r>
        <w:t>ự</w:t>
      </w:r>
      <w:r>
        <w:t>c hi</w:t>
      </w:r>
      <w:r>
        <w:t>ệ</w:t>
      </w:r>
      <w:r>
        <w:t>n đ</w:t>
      </w:r>
      <w:r>
        <w:t>ầ</w:t>
      </w:r>
      <w:r>
        <w:t>y đ</w:t>
      </w:r>
      <w:r>
        <w:t>ủ</w:t>
      </w:r>
      <w:r>
        <w:t xml:space="preserve"> các nghĩa v</w:t>
      </w:r>
      <w:r>
        <w:t>ụ</w:t>
      </w:r>
      <w:r>
        <w:t xml:space="preserve"> và trách nhi</w:t>
      </w:r>
      <w:r>
        <w:t>ệ</w:t>
      </w:r>
      <w:r>
        <w:t>m đư</w:t>
      </w:r>
      <w:r>
        <w:t>ợ</w:t>
      </w:r>
      <w:r>
        <w:t>c nêu trong h</w:t>
      </w:r>
      <w:r>
        <w:t>ợ</w:t>
      </w:r>
      <w:r>
        <w:t>p đ</w:t>
      </w:r>
      <w:r>
        <w:t>ồ</w:t>
      </w:r>
      <w:r>
        <w:t>ng.</w:t>
      </w:r>
    </w:p>
    <w:p w14:paraId="2C3D4C50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5. Giá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 và phương th</w:t>
      </w:r>
      <w:r>
        <w:rPr>
          <w:b/>
        </w:rPr>
        <w:t>ứ</w:t>
      </w:r>
      <w:r>
        <w:rPr>
          <w:b/>
        </w:rPr>
        <w:t>c thanh toán</w:t>
      </w:r>
    </w:p>
    <w:p w14:paraId="46A56C28" w14:textId="77777777" w:rsidR="00D23172" w:rsidRDefault="00BE4B1B">
      <w:pPr>
        <w:spacing w:after="40"/>
        <w:jc w:val="both"/>
      </w:pPr>
      <w:r>
        <w:t>-    Giá chưa thu</w:t>
      </w:r>
      <w:r>
        <w:t>ế</w:t>
      </w:r>
      <w:r>
        <w:t xml:space="preserve">                  : 1.919.900.000 VND</w:t>
      </w:r>
    </w:p>
    <w:p w14:paraId="5333253A" w14:textId="77777777" w:rsidR="00D23172" w:rsidRDefault="00BE4B1B">
      <w:pPr>
        <w:spacing w:after="40"/>
        <w:jc w:val="both"/>
      </w:pPr>
      <w:r>
        <w:t>-    Thu</w:t>
      </w:r>
      <w:r>
        <w:t>ế</w:t>
      </w:r>
      <w:r>
        <w:t xml:space="preserve"> VAT 8%                    :   153.592.000 VND</w:t>
      </w:r>
    </w:p>
    <w:p w14:paraId="6C281515" w14:textId="77777777" w:rsidR="00D23172" w:rsidRDefault="00BE4B1B">
      <w:pPr>
        <w:spacing w:after="40"/>
        <w:jc w:val="both"/>
      </w:pPr>
      <w:r>
        <w:t>-    Giá bao g</w:t>
      </w:r>
      <w:r>
        <w:t>ồ</w:t>
      </w:r>
      <w:r>
        <w:t>m thu</w:t>
      </w:r>
      <w:r>
        <w:t>ế</w:t>
      </w:r>
      <w:r>
        <w:t xml:space="preserve">            : 2.073.492.000 VND</w:t>
      </w:r>
    </w:p>
    <w:p w14:paraId="58BDBFDD" w14:textId="77777777" w:rsidR="00D23172" w:rsidRDefault="00BE4B1B">
      <w:pPr>
        <w:spacing w:before="40" w:after="40"/>
        <w:jc w:val="both"/>
      </w:pPr>
      <w:r>
        <w:t>T</w:t>
      </w:r>
      <w:r>
        <w:t>ổ</w:t>
      </w:r>
      <w:r>
        <w:t>ng giá tr</w:t>
      </w:r>
      <w:r>
        <w:t>ị</w:t>
      </w:r>
      <w:r>
        <w:t xml:space="preserve"> h</w:t>
      </w:r>
      <w:r>
        <w:t>ợ</w:t>
      </w:r>
      <w:r>
        <w:t>p đ</w:t>
      </w:r>
      <w:r>
        <w:t>ồ</w:t>
      </w:r>
      <w:r>
        <w:t>ng là : 2.073.492.000 đ</w:t>
      </w:r>
      <w:r>
        <w:t>ồ</w:t>
      </w:r>
      <w:r>
        <w:t>ng giá trên đã bao g</w:t>
      </w:r>
      <w:r>
        <w:t>ồ</w:t>
      </w:r>
      <w:r>
        <w:t>m thu</w:t>
      </w:r>
      <w:r>
        <w:t>ế</w:t>
      </w:r>
      <w:r>
        <w:t xml:space="preserve"> VAT.</w:t>
      </w:r>
    </w:p>
    <w:p w14:paraId="0276573B" w14:textId="77777777" w:rsidR="00D23172" w:rsidRDefault="00BE4B1B">
      <w:pPr>
        <w:spacing w:after="80"/>
        <w:jc w:val="both"/>
      </w:pPr>
      <w:r>
        <w:rPr>
          <w:b/>
          <w:i/>
        </w:rPr>
        <w:t>B</w:t>
      </w:r>
      <w:r>
        <w:rPr>
          <w:b/>
          <w:i/>
        </w:rPr>
        <w:t>ằ</w:t>
      </w:r>
      <w:r>
        <w:rPr>
          <w:b/>
          <w:i/>
        </w:rPr>
        <w:t>ng ch</w:t>
      </w:r>
      <w:r>
        <w:rPr>
          <w:b/>
          <w:i/>
        </w:rPr>
        <w:t>ữ</w:t>
      </w:r>
      <w:r>
        <w:rPr>
          <w:b/>
          <w:i/>
        </w:rPr>
        <w:t>: Hai t</w:t>
      </w:r>
      <w:r>
        <w:rPr>
          <w:b/>
          <w:i/>
        </w:rPr>
        <w:t>ỷ</w:t>
      </w:r>
      <w:r>
        <w:rPr>
          <w:b/>
          <w:i/>
        </w:rPr>
        <w:t xml:space="preserve"> không trăm b</w:t>
      </w:r>
      <w:r>
        <w:rPr>
          <w:b/>
          <w:i/>
        </w:rPr>
        <w:t>ả</w:t>
      </w:r>
      <w:r>
        <w:rPr>
          <w:b/>
          <w:i/>
        </w:rPr>
        <w:t>y mươi ba tri</w:t>
      </w:r>
      <w:r>
        <w:rPr>
          <w:b/>
          <w:i/>
        </w:rPr>
        <w:t>ệ</w:t>
      </w:r>
      <w:r>
        <w:rPr>
          <w:b/>
          <w:i/>
        </w:rPr>
        <w:t>u b</w:t>
      </w:r>
      <w:r>
        <w:rPr>
          <w:b/>
          <w:i/>
        </w:rPr>
        <w:t>ố</w:t>
      </w:r>
      <w:r>
        <w:rPr>
          <w:b/>
          <w:i/>
        </w:rPr>
        <w:t>n trăm chín mươi hai nghìn đ</w:t>
      </w:r>
      <w:r>
        <w:rPr>
          <w:b/>
          <w:i/>
        </w:rPr>
        <w:t>ồ</w:t>
      </w:r>
      <w:r>
        <w:rPr>
          <w:b/>
          <w:i/>
        </w:rPr>
        <w:t>ng ch</w:t>
      </w:r>
      <w:r>
        <w:rPr>
          <w:b/>
          <w:i/>
        </w:rPr>
        <w:t>ẵ</w:t>
      </w:r>
      <w:r>
        <w:rPr>
          <w:b/>
          <w:i/>
        </w:rPr>
        <w:t>n./.</w:t>
      </w:r>
    </w:p>
    <w:p w14:paraId="10FD3306" w14:textId="77777777" w:rsidR="00D23172" w:rsidRDefault="00BE4B1B">
      <w:pPr>
        <w:spacing w:before="80" w:after="60"/>
        <w:jc w:val="both"/>
      </w:pPr>
      <w:r>
        <w:rPr>
          <w:i/>
        </w:rPr>
        <w:t>Phương th</w:t>
      </w:r>
      <w:r>
        <w:rPr>
          <w:i/>
        </w:rPr>
        <w:t>ứ</w:t>
      </w:r>
      <w:r>
        <w:rPr>
          <w:i/>
        </w:rPr>
        <w:t>c thanh toán:</w:t>
      </w:r>
    </w:p>
    <w:p w14:paraId="5C9B36AF" w14:textId="77777777" w:rsidR="00D23172" w:rsidRDefault="00BE4B1B">
      <w:pPr>
        <w:spacing w:after="60"/>
        <w:jc w:val="both"/>
      </w:pPr>
      <w:r>
        <w:t>-   Hình th</w:t>
      </w:r>
      <w:r>
        <w:t>ứ</w:t>
      </w:r>
      <w:r>
        <w:t>c thanh toán: 100% chuy</w:t>
      </w:r>
      <w:r>
        <w:t>ể</w:t>
      </w:r>
      <w:r>
        <w:t>n kho</w:t>
      </w:r>
      <w:r>
        <w:t>ả</w:t>
      </w:r>
      <w:r>
        <w:t>n, chia thành 03 đ</w:t>
      </w:r>
      <w:r>
        <w:t>ợ</w:t>
      </w:r>
      <w:r>
        <w:t>t.</w:t>
      </w:r>
    </w:p>
    <w:p w14:paraId="498DCFAF" w14:textId="77777777" w:rsidR="00D23172" w:rsidRDefault="00BE4B1B">
      <w:pPr>
        <w:spacing w:after="60"/>
        <w:jc w:val="both"/>
      </w:pPr>
      <w:r>
        <w:t>-   Th</w:t>
      </w:r>
      <w:r>
        <w:t>ờ</w:t>
      </w:r>
      <w:r>
        <w:t>i h</w:t>
      </w:r>
      <w:r>
        <w:t>ạ</w:t>
      </w:r>
      <w:r>
        <w:t>n thanh toán:</w:t>
      </w:r>
    </w:p>
    <w:p w14:paraId="60654CEE" w14:textId="77777777" w:rsidR="00D23172" w:rsidRDefault="00BE4B1B">
      <w:pPr>
        <w:spacing w:after="60"/>
        <w:ind w:left="576"/>
        <w:jc w:val="both"/>
      </w:pPr>
      <w:r>
        <w:t>✓</w:t>
      </w:r>
      <w:r>
        <w:t xml:space="preserve">   Đ</w:t>
      </w:r>
      <w:r>
        <w:t>ợ</w:t>
      </w:r>
      <w:r>
        <w:t>t 1: Đ</w:t>
      </w:r>
      <w:r>
        <w:t>ặ</w:t>
      </w:r>
      <w:r>
        <w:t>t c</w:t>
      </w:r>
      <w:r>
        <w:t>ọ</w:t>
      </w:r>
      <w:r>
        <w:t>c 30% giá tr</w:t>
      </w:r>
      <w:r>
        <w:t>ị</w:t>
      </w:r>
      <w:r>
        <w:t xml:space="preserve"> h</w:t>
      </w:r>
      <w:r>
        <w:t>ợ</w:t>
      </w:r>
      <w:r>
        <w:t>p đ</w:t>
      </w:r>
      <w:r>
        <w:t>ồ</w:t>
      </w:r>
      <w:r>
        <w:t>ng trong vòng 07 ngày k</w:t>
      </w:r>
      <w:r>
        <w:t>ể</w:t>
      </w:r>
      <w:r>
        <w:t xml:space="preserve"> t</w:t>
      </w:r>
      <w:r>
        <w:t>ừ</w:t>
      </w:r>
      <w:r>
        <w:t xml:space="preserve"> ngày ký h</w:t>
      </w:r>
      <w:r>
        <w:t>ợ</w:t>
      </w:r>
      <w:r>
        <w:t>p đ</w:t>
      </w:r>
      <w:r>
        <w:t>ồ</w:t>
      </w:r>
      <w:r>
        <w:t>ng.</w:t>
      </w:r>
    </w:p>
    <w:p w14:paraId="294536EE" w14:textId="77777777" w:rsidR="00D23172" w:rsidRDefault="00BE4B1B">
      <w:pPr>
        <w:spacing w:after="60"/>
        <w:ind w:left="576"/>
        <w:jc w:val="both"/>
      </w:pPr>
      <w:r>
        <w:lastRenderedPageBreak/>
        <w:t>✓</w:t>
      </w:r>
      <w:r>
        <w:t xml:space="preserve">   Đ</w:t>
      </w:r>
      <w:r>
        <w:t>ợ</w:t>
      </w:r>
      <w:r>
        <w:t>t 2: Thanh toán 50% giá tr</w:t>
      </w:r>
      <w:r>
        <w:t>ị</w:t>
      </w:r>
      <w:r>
        <w:t xml:space="preserve"> h</w:t>
      </w:r>
      <w:r>
        <w:t>ợ</w:t>
      </w:r>
      <w:r>
        <w:t>p đ</w:t>
      </w:r>
      <w:r>
        <w:t>ồ</w:t>
      </w:r>
      <w:r>
        <w:t>ng trong vòng 07 ngày làm vi</w:t>
      </w:r>
      <w:r>
        <w:t>ệ</w:t>
      </w:r>
      <w:r>
        <w:t>c khi giao hàng và ký biên b</w:t>
      </w:r>
      <w:r>
        <w:t>ả</w:t>
      </w:r>
      <w:r>
        <w:t>n xác nh</w:t>
      </w:r>
      <w:r>
        <w:t>ậ</w:t>
      </w:r>
      <w:r>
        <w:t>n c</w:t>
      </w:r>
      <w:r>
        <w:t>ủ</w:t>
      </w:r>
      <w:r>
        <w:t>a ngư</w:t>
      </w:r>
      <w:r>
        <w:t>ờ</w:t>
      </w:r>
      <w:r>
        <w:t>i có th</w:t>
      </w:r>
      <w:r>
        <w:t>ẩ</w:t>
      </w:r>
      <w:r>
        <w:t>m quy</w:t>
      </w:r>
      <w:r>
        <w:t>ề</w:t>
      </w:r>
      <w:r>
        <w:t>n c</w:t>
      </w:r>
      <w:r>
        <w:t>ủ</w:t>
      </w:r>
      <w:r>
        <w:t>a 02 bên.</w:t>
      </w:r>
    </w:p>
    <w:p w14:paraId="5F591496" w14:textId="77777777" w:rsidR="00D23172" w:rsidRDefault="00BE4B1B">
      <w:pPr>
        <w:spacing w:after="60"/>
        <w:ind w:left="576"/>
        <w:jc w:val="both"/>
      </w:pPr>
      <w:r>
        <w:t>✓</w:t>
      </w:r>
      <w:r>
        <w:t xml:space="preserve">   Đ</w:t>
      </w:r>
      <w:r>
        <w:t>ợ</w:t>
      </w:r>
      <w:r>
        <w:t>t 3: Thanh toán 20% còn l</w:t>
      </w:r>
      <w:r>
        <w:t>ạ</w:t>
      </w:r>
      <w:r>
        <w:t>i sau khi 02 bên ký biên b</w:t>
      </w:r>
      <w:r>
        <w:t>ả</w:t>
      </w:r>
      <w:r>
        <w:t>n nghi</w:t>
      </w:r>
      <w:r>
        <w:t>ệ</w:t>
      </w:r>
      <w:r>
        <w:t>m thu và bàn giao, bên B m</w:t>
      </w:r>
      <w:r>
        <w:t>ở</w:t>
      </w:r>
      <w:r>
        <w:t xml:space="preserve"> ch</w:t>
      </w:r>
      <w:r>
        <w:t>ứ</w:t>
      </w:r>
      <w:r>
        <w:t>ng thư b</w:t>
      </w:r>
      <w:r>
        <w:t>ả</w:t>
      </w:r>
      <w:r>
        <w:t>o lãnh b</w:t>
      </w:r>
      <w:r>
        <w:t>ả</w:t>
      </w:r>
      <w:r>
        <w:t>o hành tr</w:t>
      </w:r>
      <w:r>
        <w:t>ị</w:t>
      </w:r>
      <w:r>
        <w:t xml:space="preserve"> giá 5% giá tr</w:t>
      </w:r>
      <w:r>
        <w:t>ị</w:t>
      </w:r>
      <w:r>
        <w:t xml:space="preserve"> h</w:t>
      </w:r>
      <w:r>
        <w:t>ợ</w:t>
      </w:r>
      <w:r>
        <w:t>p đ</w:t>
      </w:r>
      <w:r>
        <w:t>ồ</w:t>
      </w:r>
      <w:r>
        <w:t>ng (không bao g</w:t>
      </w:r>
      <w:r>
        <w:t>ồ</w:t>
      </w:r>
      <w:r>
        <w:t>m thu</w:t>
      </w:r>
      <w:r>
        <w:t>ế</w:t>
      </w:r>
      <w:r>
        <w:t xml:space="preserve"> GTGT), hi</w:t>
      </w:r>
      <w:r>
        <w:t>ệ</w:t>
      </w:r>
      <w:r>
        <w:t>u l</w:t>
      </w:r>
      <w:r>
        <w:t>ự</w:t>
      </w:r>
      <w:r>
        <w:t>c trong vòng 12 tháng k</w:t>
      </w:r>
      <w:r>
        <w:t>ể</w:t>
      </w:r>
      <w:r>
        <w:t xml:space="preserve"> t</w:t>
      </w:r>
      <w:r>
        <w:t>ừ</w:t>
      </w:r>
      <w:r>
        <w:t xml:space="preserve"> ngày ký biên b</w:t>
      </w:r>
      <w:r>
        <w:t>ả</w:t>
      </w:r>
      <w:r>
        <w:t>n nghi</w:t>
      </w:r>
      <w:r>
        <w:t>ệ</w:t>
      </w:r>
      <w:r>
        <w:t>m thu.</w:t>
      </w:r>
    </w:p>
    <w:p w14:paraId="7777AD4F" w14:textId="77777777" w:rsidR="00D23172" w:rsidRDefault="00BE4B1B">
      <w:pPr>
        <w:spacing w:before="120" w:after="12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6. Lo</w:t>
      </w:r>
      <w:r>
        <w:rPr>
          <w:b/>
        </w:rPr>
        <w:t>ạ</w:t>
      </w:r>
      <w:r>
        <w:rPr>
          <w:b/>
        </w:rPr>
        <w:t>i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ng: Tr</w:t>
      </w:r>
      <w:r>
        <w:rPr>
          <w:b/>
        </w:rPr>
        <w:t>ọ</w:t>
      </w:r>
      <w:r>
        <w:rPr>
          <w:b/>
        </w:rPr>
        <w:t>n gói</w:t>
      </w:r>
    </w:p>
    <w:p w14:paraId="4540A257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7. Hi</w:t>
      </w:r>
      <w:r>
        <w:rPr>
          <w:b/>
        </w:rPr>
        <w:t>ệ</w:t>
      </w:r>
      <w:r>
        <w:rPr>
          <w:b/>
        </w:rPr>
        <w:t>u ch</w:t>
      </w:r>
      <w:r>
        <w:rPr>
          <w:b/>
        </w:rPr>
        <w:t>ỉ</w:t>
      </w:r>
      <w:r>
        <w:rPr>
          <w:b/>
        </w:rPr>
        <w:t>nh, b</w:t>
      </w:r>
      <w:r>
        <w:rPr>
          <w:b/>
        </w:rPr>
        <w:t>ổ</w:t>
      </w:r>
      <w:r>
        <w:rPr>
          <w:b/>
        </w:rPr>
        <w:t xml:space="preserve"> sung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</w:t>
      </w:r>
    </w:p>
    <w:p w14:paraId="5BA0BA25" w14:textId="77777777" w:rsidR="00D23172" w:rsidRDefault="00BE4B1B">
      <w:pPr>
        <w:spacing w:after="60"/>
        <w:jc w:val="both"/>
      </w:pPr>
      <w:r>
        <w:t>1. Vi</w:t>
      </w:r>
      <w:r>
        <w:t>ệ</w:t>
      </w:r>
      <w:r>
        <w:t>c hi</w:t>
      </w:r>
      <w:r>
        <w:t>ệ</w:t>
      </w:r>
      <w:r>
        <w:t>u ch</w:t>
      </w:r>
      <w:r>
        <w:t>ỉ</w:t>
      </w:r>
      <w:r>
        <w:t>nh, b</w:t>
      </w:r>
      <w:r>
        <w:t>ổ</w:t>
      </w:r>
      <w:r>
        <w:t xml:space="preserve"> sung h</w:t>
      </w:r>
      <w:r>
        <w:t>ợ</w:t>
      </w:r>
      <w:r>
        <w:t>p đ</w:t>
      </w:r>
      <w:r>
        <w:t>ồ</w:t>
      </w:r>
      <w:r>
        <w:t>ng có th</w:t>
      </w:r>
      <w:r>
        <w:t>ể</w:t>
      </w:r>
      <w:r>
        <w:t xml:space="preserve">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trong các trư</w:t>
      </w:r>
      <w:r>
        <w:t>ờ</w:t>
      </w:r>
      <w:r>
        <w:t>ng h</w:t>
      </w:r>
      <w:r>
        <w:t>ợ</w:t>
      </w:r>
      <w:r>
        <w:t>p c</w:t>
      </w:r>
      <w:r>
        <w:t>ụ</w:t>
      </w:r>
      <w:r>
        <w:t xml:space="preserve"> th</w:t>
      </w:r>
      <w:r>
        <w:t>ể</w:t>
      </w:r>
      <w:r>
        <w:t xml:space="preserve"> và đư</w:t>
      </w:r>
      <w:r>
        <w:t>ợ</w:t>
      </w:r>
      <w:r>
        <w:t>c hai bên th</w:t>
      </w:r>
      <w:r>
        <w:t>ỏ</w:t>
      </w:r>
      <w:r>
        <w:t>a thu</w:t>
      </w:r>
      <w:r>
        <w:t>ậ</w:t>
      </w:r>
      <w:r>
        <w:t>n b</w:t>
      </w:r>
      <w:r>
        <w:t>ằ</w:t>
      </w:r>
      <w:r>
        <w:t>ng văn b</w:t>
      </w:r>
      <w:r>
        <w:t>ả</w:t>
      </w:r>
      <w:r>
        <w:t>n.</w:t>
      </w:r>
    </w:p>
    <w:p w14:paraId="401215C7" w14:textId="77777777" w:rsidR="00D23172" w:rsidRDefault="00BE4B1B">
      <w:pPr>
        <w:spacing w:after="120"/>
        <w:jc w:val="both"/>
      </w:pPr>
      <w:r>
        <w:t>2. Trư</w:t>
      </w:r>
      <w:r>
        <w:t>ờ</w:t>
      </w:r>
      <w:r>
        <w:t>ng h</w:t>
      </w:r>
      <w:r>
        <w:t>ợ</w:t>
      </w:r>
      <w:r>
        <w:t>p phát sinh các h</w:t>
      </w:r>
      <w:r>
        <w:t>ạ</w:t>
      </w:r>
      <w:r>
        <w:t>ng m</w:t>
      </w:r>
      <w:r>
        <w:t>ụ</w:t>
      </w:r>
      <w:r>
        <w:t>c công vi</w:t>
      </w:r>
      <w:r>
        <w:t>ệ</w:t>
      </w:r>
      <w:r>
        <w:t>c ngoài ph</w:t>
      </w:r>
      <w:r>
        <w:t>ạ</w:t>
      </w:r>
      <w:r>
        <w:t>m vi h</w:t>
      </w:r>
      <w:r>
        <w:t>ợ</w:t>
      </w:r>
      <w:r>
        <w:t>p đ</w:t>
      </w:r>
      <w:r>
        <w:t>ồ</w:t>
      </w:r>
      <w:r>
        <w:t>ng, Bên A và Bên B s</w:t>
      </w:r>
      <w:r>
        <w:t>ẽ</w:t>
      </w:r>
      <w:r>
        <w:t xml:space="preserve"> ti</w:t>
      </w:r>
      <w:r>
        <w:t>ế</w:t>
      </w:r>
      <w:r>
        <w:t>n hành thương th</w:t>
      </w:r>
      <w:r>
        <w:t>ả</w:t>
      </w:r>
      <w:r>
        <w:t>o đ</w:t>
      </w:r>
      <w:r>
        <w:t>ể</w:t>
      </w:r>
      <w:r>
        <w:t xml:space="preserve"> làm cơ s</w:t>
      </w:r>
      <w:r>
        <w:t>ở</w:t>
      </w:r>
      <w:r>
        <w:t xml:space="preserve"> ký k</w:t>
      </w:r>
      <w:r>
        <w:t>ế</w:t>
      </w:r>
      <w:r>
        <w:t>t ph</w:t>
      </w:r>
      <w:r>
        <w:t>ụ</w:t>
      </w:r>
      <w:r>
        <w:t xml:space="preserve"> l</w:t>
      </w:r>
      <w:r>
        <w:t>ụ</w:t>
      </w:r>
      <w:r>
        <w:t>c b</w:t>
      </w:r>
      <w:r>
        <w:t>ổ</w:t>
      </w:r>
      <w:r>
        <w:t xml:space="preserve"> sung h</w:t>
      </w:r>
      <w:r>
        <w:t>ợ</w:t>
      </w:r>
      <w:r>
        <w:t>p đ</w:t>
      </w:r>
      <w:r>
        <w:t>ồ</w:t>
      </w:r>
      <w:r>
        <w:t>ng.</w:t>
      </w:r>
    </w:p>
    <w:p w14:paraId="10DA4232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8. Ph</w:t>
      </w:r>
      <w:r>
        <w:rPr>
          <w:b/>
        </w:rPr>
        <w:t>ạ</w:t>
      </w:r>
      <w:r>
        <w:rPr>
          <w:b/>
        </w:rPr>
        <w:t>t vi ph</w:t>
      </w:r>
      <w:r>
        <w:rPr>
          <w:b/>
        </w:rPr>
        <w:t>ạ</w:t>
      </w:r>
      <w:r>
        <w:rPr>
          <w:b/>
        </w:rPr>
        <w:t>m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</w:t>
      </w:r>
    </w:p>
    <w:p w14:paraId="202A35E8" w14:textId="77777777" w:rsidR="00D23172" w:rsidRDefault="00BE4B1B">
      <w:pPr>
        <w:spacing w:after="60"/>
        <w:jc w:val="both"/>
      </w:pPr>
      <w:r>
        <w:t>1. Trong trư</w:t>
      </w:r>
      <w:r>
        <w:t>ờ</w:t>
      </w:r>
      <w:r>
        <w:t>ng h</w:t>
      </w:r>
      <w:r>
        <w:t>ợ</w:t>
      </w:r>
      <w:r>
        <w:t>p Bên A thanh toán ch</w:t>
      </w:r>
      <w:r>
        <w:t>ậ</w:t>
      </w:r>
      <w:r>
        <w:t>m quá 30 ngày k</w:t>
      </w:r>
      <w:r>
        <w:t>ể</w:t>
      </w:r>
      <w:r>
        <w:t xml:space="preserve"> t</w:t>
      </w:r>
      <w:r>
        <w:t>ừ</w:t>
      </w:r>
      <w:r>
        <w:t xml:space="preserve"> ngày đ</w:t>
      </w:r>
      <w:r>
        <w:t>ế</w:t>
      </w:r>
      <w:r>
        <w:t>n h</w:t>
      </w:r>
      <w:r>
        <w:t>ạ</w:t>
      </w:r>
      <w:r>
        <w:t>n thì bên A ph</w:t>
      </w:r>
      <w:r>
        <w:t>ả</w:t>
      </w:r>
      <w:r>
        <w:t>i tr</w:t>
      </w:r>
      <w:r>
        <w:t>ả</w:t>
      </w:r>
      <w:r>
        <w:t xml:space="preserve"> ph</w:t>
      </w:r>
      <w:r>
        <w:t>ầ</w:t>
      </w:r>
      <w:r>
        <w:t>n ti</w:t>
      </w:r>
      <w:r>
        <w:t>ề</w:t>
      </w:r>
      <w:r>
        <w:t>n tr</w:t>
      </w:r>
      <w:r>
        <w:t>ả</w:t>
      </w:r>
      <w:r>
        <w:t xml:space="preserve"> ch</w:t>
      </w:r>
      <w:r>
        <w:t>ậ</w:t>
      </w:r>
      <w:r>
        <w:t>m v</w:t>
      </w:r>
      <w:r>
        <w:t>ớ</w:t>
      </w:r>
      <w:r>
        <w:t>i lãi su</w:t>
      </w:r>
      <w:r>
        <w:t>ấ</w:t>
      </w:r>
      <w:r>
        <w:t>t 1.5%/tháng/s</w:t>
      </w:r>
      <w:r>
        <w:t>ố</w:t>
      </w:r>
      <w:r>
        <w:t xml:space="preserve"> ti</w:t>
      </w:r>
      <w:r>
        <w:t>ề</w:t>
      </w:r>
      <w:r>
        <w:t>n ch</w:t>
      </w:r>
      <w:r>
        <w:t>ậ</w:t>
      </w:r>
      <w:r>
        <w:t>m tr</w:t>
      </w:r>
      <w:r>
        <w:t>ả</w:t>
      </w:r>
      <w:r>
        <w:t xml:space="preserve"> đư</w:t>
      </w:r>
      <w:r>
        <w:t>ợ</w:t>
      </w:r>
      <w:r>
        <w:t>c tính trên s</w:t>
      </w:r>
      <w:r>
        <w:t>ố</w:t>
      </w:r>
      <w:r>
        <w:t xml:space="preserve"> ngày ch</w:t>
      </w:r>
      <w:r>
        <w:t>ậ</w:t>
      </w:r>
      <w:r>
        <w:t>m tr</w:t>
      </w:r>
      <w:r>
        <w:t>ả</w:t>
      </w:r>
      <w:r>
        <w:t xml:space="preserve"> (k</w:t>
      </w:r>
      <w:r>
        <w:t>ể</w:t>
      </w:r>
      <w:r>
        <w:t xml:space="preserve"> t</w:t>
      </w:r>
      <w:r>
        <w:t>ừ</w:t>
      </w:r>
      <w:r>
        <w:t xml:space="preserve"> ngày đ</w:t>
      </w:r>
      <w:r>
        <w:t>ế</w:t>
      </w:r>
      <w:r>
        <w:t>n h</w:t>
      </w:r>
      <w:r>
        <w:t>ạ</w:t>
      </w:r>
      <w:r>
        <w:t>n ph</w:t>
      </w:r>
      <w:r>
        <w:t>ả</w:t>
      </w:r>
      <w:r>
        <w:t>i tr</w:t>
      </w:r>
      <w:r>
        <w:t>ả</w:t>
      </w:r>
      <w:r>
        <w:t xml:space="preserve"> cho đ</w:t>
      </w:r>
      <w:r>
        <w:t>ế</w:t>
      </w:r>
      <w:r>
        <w:t>n ngày tr</w:t>
      </w:r>
      <w:r>
        <w:t>ả</w:t>
      </w:r>
      <w:r>
        <w:t xml:space="preserve"> trên th</w:t>
      </w:r>
      <w:r>
        <w:t>ự</w:t>
      </w:r>
      <w:r>
        <w:t>c t</w:t>
      </w:r>
      <w:r>
        <w:t>ế</w:t>
      </w:r>
      <w:r>
        <w:t>) nhưng không vư</w:t>
      </w:r>
      <w:r>
        <w:t>ợ</w:t>
      </w:r>
      <w:r>
        <w:t>t quá 5% giá tr</w:t>
      </w:r>
      <w:r>
        <w:t>ị</w:t>
      </w:r>
      <w:r>
        <w:t xml:space="preserve"> h</w:t>
      </w:r>
      <w:r>
        <w:t>ợ</w:t>
      </w:r>
      <w:r>
        <w:t>p đ</w:t>
      </w:r>
      <w:r>
        <w:t>ồ</w:t>
      </w:r>
      <w:r>
        <w:t>ng.</w:t>
      </w:r>
    </w:p>
    <w:p w14:paraId="0E62D289" w14:textId="77777777" w:rsidR="00D23172" w:rsidRDefault="00BE4B1B">
      <w:pPr>
        <w:spacing w:after="60"/>
        <w:jc w:val="both"/>
      </w:pPr>
      <w:r>
        <w:t>2. Trong trư</w:t>
      </w:r>
      <w:r>
        <w:t>ờ</w:t>
      </w:r>
      <w:r>
        <w:t>ng h</w:t>
      </w:r>
      <w:r>
        <w:t>ợ</w:t>
      </w:r>
      <w:r>
        <w:t>p bên B không giao hàng đúng th</w:t>
      </w:r>
      <w:r>
        <w:t>ờ</w:t>
      </w:r>
      <w:r>
        <w:t>i h</w:t>
      </w:r>
      <w:r>
        <w:t>ạ</w:t>
      </w:r>
      <w:r>
        <w:t>n ghi trên h</w:t>
      </w:r>
      <w:r>
        <w:t>ợ</w:t>
      </w:r>
      <w:r>
        <w:t>p đ</w:t>
      </w:r>
      <w:r>
        <w:t>ồ</w:t>
      </w:r>
      <w:r>
        <w:t>ng không ph</w:t>
      </w:r>
      <w:r>
        <w:t>ả</w:t>
      </w:r>
      <w:r>
        <w:t>i vì lý do b</w:t>
      </w:r>
      <w:r>
        <w:t>ấ</w:t>
      </w:r>
      <w:r>
        <w:t>t kh</w:t>
      </w:r>
      <w:r>
        <w:t>ả</w:t>
      </w:r>
      <w:r>
        <w:t xml:space="preserve"> kháng (đ</w:t>
      </w:r>
      <w:r>
        <w:t>ộ</w:t>
      </w:r>
      <w:r>
        <w:t>ng đ</w:t>
      </w:r>
      <w:r>
        <w:t>ấ</w:t>
      </w:r>
      <w:r>
        <w:t>t, chi</w:t>
      </w:r>
      <w:r>
        <w:t>ế</w:t>
      </w:r>
      <w:r>
        <w:t>n tranh, c</w:t>
      </w:r>
      <w:r>
        <w:t>ấ</w:t>
      </w:r>
      <w:r>
        <w:t>m v</w:t>
      </w:r>
      <w:r>
        <w:t>ậ</w:t>
      </w:r>
      <w:r>
        <w:t>n... và nh</w:t>
      </w:r>
      <w:r>
        <w:t>ữ</w:t>
      </w:r>
      <w:r>
        <w:t>ng nguyên nhân không xác đ</w:t>
      </w:r>
      <w:r>
        <w:t>ị</w:t>
      </w:r>
      <w:r>
        <w:t>nh đư</w:t>
      </w:r>
      <w:r>
        <w:t>ợ</w:t>
      </w:r>
      <w:r>
        <w:t>c), bên A có quy</w:t>
      </w:r>
      <w:r>
        <w:t>ề</w:t>
      </w:r>
      <w:r>
        <w:t>n yêu c</w:t>
      </w:r>
      <w:r>
        <w:t>ầ</w:t>
      </w:r>
      <w:r>
        <w:t>u m</w:t>
      </w:r>
      <w:r>
        <w:t>ứ</w:t>
      </w:r>
      <w:r>
        <w:t>c b</w:t>
      </w:r>
      <w:r>
        <w:t>ồ</w:t>
      </w:r>
      <w:r>
        <w:t>i thư</w:t>
      </w:r>
      <w:r>
        <w:t>ờ</w:t>
      </w:r>
      <w:r>
        <w:t>ng tương đương v</w:t>
      </w:r>
      <w:r>
        <w:t>ớ</w:t>
      </w:r>
      <w:r>
        <w:t>i 1.5% giá tr</w:t>
      </w:r>
      <w:r>
        <w:t>ị</w:t>
      </w:r>
      <w:r>
        <w:t xml:space="preserve"> c</w:t>
      </w:r>
      <w:r>
        <w:t>ủ</w:t>
      </w:r>
      <w:r>
        <w:t>a hàng hóa b</w:t>
      </w:r>
      <w:r>
        <w:t>ị</w:t>
      </w:r>
      <w:r>
        <w:t xml:space="preserve"> tr</w:t>
      </w:r>
      <w:r>
        <w:t>ễ</w:t>
      </w:r>
      <w:r>
        <w:t xml:space="preserve"> cho m</w:t>
      </w:r>
      <w:r>
        <w:t>ỗ</w:t>
      </w:r>
      <w:r>
        <w:t>i tu</w:t>
      </w:r>
      <w:r>
        <w:t>ầ</w:t>
      </w:r>
      <w:r>
        <w:t>n ch</w:t>
      </w:r>
      <w:r>
        <w:t>ậ</w:t>
      </w:r>
      <w:r>
        <w:t>m tr</w:t>
      </w:r>
      <w:r>
        <w:t>ễ</w:t>
      </w:r>
      <w:r>
        <w:t>. M</w:t>
      </w:r>
      <w:r>
        <w:t>ứ</w:t>
      </w:r>
      <w:r>
        <w:t>c b</w:t>
      </w:r>
      <w:r>
        <w:t>ồ</w:t>
      </w:r>
      <w:r>
        <w:t>i thư</w:t>
      </w:r>
      <w:r>
        <w:t>ờ</w:t>
      </w:r>
      <w:r>
        <w:t>ng s</w:t>
      </w:r>
      <w:r>
        <w:t>ẽ</w:t>
      </w:r>
      <w:r>
        <w:t xml:space="preserve"> không quá 5% giá tr</w:t>
      </w:r>
      <w:r>
        <w:t>ị</w:t>
      </w:r>
      <w:r>
        <w:t xml:space="preserve"> hàng hóa b</w:t>
      </w:r>
      <w:r>
        <w:t>ị</w:t>
      </w:r>
      <w:r>
        <w:t xml:space="preserve"> tr</w:t>
      </w:r>
      <w:r>
        <w:t>ễ</w:t>
      </w:r>
      <w:r>
        <w:t>. Th</w:t>
      </w:r>
      <w:r>
        <w:t>ờ</w:t>
      </w:r>
      <w:r>
        <w:t>i gian ch</w:t>
      </w:r>
      <w:r>
        <w:t>ậ</w:t>
      </w:r>
      <w:r>
        <w:t>m tr</w:t>
      </w:r>
      <w:r>
        <w:t>ễ</w:t>
      </w:r>
      <w:r>
        <w:t xml:space="preserve"> t</w:t>
      </w:r>
      <w:r>
        <w:t>ố</w:t>
      </w:r>
      <w:r>
        <w:t>i đa là hai (02) tu</w:t>
      </w:r>
      <w:r>
        <w:t>ầ</w:t>
      </w:r>
      <w:r>
        <w:t>n làm vi</w:t>
      </w:r>
      <w:r>
        <w:t>ệ</w:t>
      </w:r>
      <w:r>
        <w:t>c.</w:t>
      </w:r>
    </w:p>
    <w:p w14:paraId="00338FAA" w14:textId="77777777" w:rsidR="00D23172" w:rsidRDefault="00BE4B1B">
      <w:pPr>
        <w:spacing w:after="120"/>
        <w:jc w:val="both"/>
      </w:pPr>
      <w:r>
        <w:t>Quá th</w:t>
      </w:r>
      <w:r>
        <w:t>ờ</w:t>
      </w:r>
      <w:r>
        <w:t>i gian này Bên A có quy</w:t>
      </w:r>
      <w:r>
        <w:t>ề</w:t>
      </w:r>
      <w:r>
        <w:t>n h</w:t>
      </w:r>
      <w:r>
        <w:t>ủ</w:t>
      </w:r>
      <w:r>
        <w:t>y b</w:t>
      </w:r>
      <w:r>
        <w:t>ỏ</w:t>
      </w:r>
      <w:r>
        <w:t xml:space="preserve"> H</w:t>
      </w:r>
      <w:r>
        <w:t>ợ</w:t>
      </w:r>
      <w:r>
        <w:t>p đ</w:t>
      </w:r>
      <w:r>
        <w:t>ồ</w:t>
      </w:r>
      <w:r>
        <w:t>ng và t</w:t>
      </w:r>
      <w:r>
        <w:t>ừ</w:t>
      </w:r>
      <w:r>
        <w:t xml:space="preserve"> ch</w:t>
      </w:r>
      <w:r>
        <w:t>ố</w:t>
      </w:r>
      <w:r>
        <w:t>i nh</w:t>
      </w:r>
      <w:r>
        <w:t>ậ</w:t>
      </w:r>
      <w:r>
        <w:t>n hàng.</w:t>
      </w:r>
    </w:p>
    <w:p w14:paraId="551B2195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9. Ch</w:t>
      </w:r>
      <w:r>
        <w:rPr>
          <w:b/>
        </w:rPr>
        <w:t>ấ</w:t>
      </w:r>
      <w:r>
        <w:rPr>
          <w:b/>
        </w:rPr>
        <w:t>m d</w:t>
      </w:r>
      <w:r>
        <w:rPr>
          <w:b/>
        </w:rPr>
        <w:t>ứ</w:t>
      </w:r>
      <w:r>
        <w:rPr>
          <w:b/>
        </w:rPr>
        <w:t>t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</w:t>
      </w:r>
    </w:p>
    <w:p w14:paraId="0CE42D25" w14:textId="77777777" w:rsidR="00D23172" w:rsidRDefault="00BE4B1B">
      <w:pPr>
        <w:spacing w:after="60"/>
        <w:jc w:val="both"/>
      </w:pPr>
      <w:r>
        <w:t>1. Bên A ho</w:t>
      </w:r>
      <w:r>
        <w:t>ặ</w:t>
      </w:r>
      <w:r>
        <w:t>c Bên B có th</w:t>
      </w:r>
      <w:r>
        <w:t>ể</w:t>
      </w:r>
      <w:r>
        <w:t xml:space="preserve"> ch</w:t>
      </w:r>
      <w:r>
        <w:t>ấ</w:t>
      </w:r>
      <w:r>
        <w:t>m d</w:t>
      </w:r>
      <w:r>
        <w:t>ứ</w:t>
      </w:r>
      <w:r>
        <w:t>t h</w:t>
      </w:r>
      <w:r>
        <w:t>ợ</w:t>
      </w:r>
      <w:r>
        <w:t>p đ</w:t>
      </w:r>
      <w:r>
        <w:t>ồ</w:t>
      </w:r>
      <w:r>
        <w:t>ng n</w:t>
      </w:r>
      <w:r>
        <w:t>ế</w:t>
      </w:r>
      <w:r>
        <w:t>u m</w:t>
      </w:r>
      <w:r>
        <w:t>ộ</w:t>
      </w:r>
      <w:r>
        <w:t>t trong hai bên có vi ph</w:t>
      </w:r>
      <w:r>
        <w:t>ạ</w:t>
      </w:r>
      <w:r>
        <w:t>m cơ b</w:t>
      </w:r>
      <w:r>
        <w:t>ả</w:t>
      </w:r>
      <w:r>
        <w:t>n v</w:t>
      </w:r>
      <w:r>
        <w:t>ề</w:t>
      </w:r>
      <w:r>
        <w:t xml:space="preserve"> h</w:t>
      </w:r>
      <w:r>
        <w:t>ợ</w:t>
      </w:r>
      <w:r>
        <w:t>p đ</w:t>
      </w:r>
      <w:r>
        <w:t>ồ</w:t>
      </w:r>
      <w:r>
        <w:t>ng như sau:</w:t>
      </w:r>
    </w:p>
    <w:p w14:paraId="28A4A867" w14:textId="77777777" w:rsidR="00D23172" w:rsidRDefault="00BE4B1B">
      <w:pPr>
        <w:spacing w:after="40"/>
        <w:jc w:val="both"/>
      </w:pPr>
      <w:r>
        <w:t>a) Bên B không th</w:t>
      </w:r>
      <w:r>
        <w:t>ự</w:t>
      </w:r>
      <w:r>
        <w:t>c hi</w:t>
      </w:r>
      <w:r>
        <w:t>ệ</w:t>
      </w:r>
      <w:r>
        <w:t>n m</w:t>
      </w:r>
      <w:r>
        <w:t>ộ</w:t>
      </w:r>
      <w:r>
        <w:t>t ph</w:t>
      </w:r>
      <w:r>
        <w:t>ầ</w:t>
      </w:r>
      <w:r>
        <w:t>n ho</w:t>
      </w:r>
      <w:r>
        <w:t>ặ</w:t>
      </w:r>
      <w:r>
        <w:t>c toàn b</w:t>
      </w:r>
      <w:r>
        <w:t>ộ</w:t>
      </w:r>
      <w:r>
        <w:t xml:space="preserve"> n</w:t>
      </w:r>
      <w:r>
        <w:t>ộ</w:t>
      </w:r>
      <w:r>
        <w:t>i dung công vi</w:t>
      </w:r>
      <w:r>
        <w:t>ệ</w:t>
      </w:r>
      <w:r>
        <w:t>c theo h</w:t>
      </w:r>
      <w:r>
        <w:t>ợ</w:t>
      </w:r>
      <w:r>
        <w:t>p đ</w:t>
      </w:r>
      <w:r>
        <w:t>ồ</w:t>
      </w:r>
      <w:r>
        <w:t>ng trong th</w:t>
      </w:r>
      <w:r>
        <w:t>ờ</w:t>
      </w:r>
      <w:r>
        <w:t>i h</w:t>
      </w:r>
      <w:r>
        <w:t>ạ</w:t>
      </w:r>
      <w:r>
        <w:t>n đã nêu trong h</w:t>
      </w:r>
      <w:r>
        <w:t>ợ</w:t>
      </w:r>
      <w:r>
        <w:t>p đ</w:t>
      </w:r>
      <w:r>
        <w:t>ồ</w:t>
      </w:r>
      <w:r>
        <w:t>ng ho</w:t>
      </w:r>
      <w:r>
        <w:t>ặ</w:t>
      </w:r>
      <w:r>
        <w:t>c trong kho</w:t>
      </w:r>
      <w:r>
        <w:t>ả</w:t>
      </w:r>
      <w:r>
        <w:t>ng th</w:t>
      </w:r>
      <w:r>
        <w:t>ờ</w:t>
      </w:r>
      <w:r>
        <w:t>i gian đã đư</w:t>
      </w:r>
      <w:r>
        <w:t>ợ</w:t>
      </w:r>
      <w:r>
        <w:t>c Bên A gia h</w:t>
      </w:r>
      <w:r>
        <w:t>ạ</w:t>
      </w:r>
      <w:r>
        <w:t>n;</w:t>
      </w:r>
    </w:p>
    <w:p w14:paraId="4FDD4797" w14:textId="77777777" w:rsidR="00D23172" w:rsidRDefault="00BE4B1B">
      <w:pPr>
        <w:spacing w:after="40"/>
        <w:jc w:val="both"/>
      </w:pPr>
      <w:r>
        <w:t>b) Bên B b</w:t>
      </w:r>
      <w:r>
        <w:t>ị</w:t>
      </w:r>
      <w:r>
        <w:t xml:space="preserve"> phá s</w:t>
      </w:r>
      <w:r>
        <w:t>ả</w:t>
      </w:r>
      <w:r>
        <w:t>n, gi</w:t>
      </w:r>
      <w:r>
        <w:t>ả</w:t>
      </w:r>
      <w:r>
        <w:t>i th</w:t>
      </w:r>
      <w:r>
        <w:t>ể</w:t>
      </w:r>
      <w:r>
        <w:t>;</w:t>
      </w:r>
    </w:p>
    <w:p w14:paraId="77105354" w14:textId="77777777" w:rsidR="00D23172" w:rsidRDefault="00BE4B1B">
      <w:pPr>
        <w:spacing w:after="60"/>
        <w:jc w:val="both"/>
      </w:pPr>
      <w:r>
        <w:t>c) Các hành vi khác (n</w:t>
      </w:r>
      <w:r>
        <w:t>ế</w:t>
      </w:r>
      <w:r>
        <w:t>u có).</w:t>
      </w:r>
    </w:p>
    <w:p w14:paraId="4859B7CC" w14:textId="77777777" w:rsidR="00D23172" w:rsidRDefault="00BE4B1B">
      <w:pPr>
        <w:spacing w:after="60"/>
        <w:jc w:val="both"/>
      </w:pPr>
      <w:r>
        <w:t>2. Trong trư</w:t>
      </w:r>
      <w:r>
        <w:t>ờ</w:t>
      </w:r>
      <w:r>
        <w:t>ng h</w:t>
      </w:r>
      <w:r>
        <w:t>ợ</w:t>
      </w:r>
      <w:r>
        <w:t>p Bên A ch</w:t>
      </w:r>
      <w:r>
        <w:t>ấ</w:t>
      </w:r>
      <w:r>
        <w:t>m d</w:t>
      </w:r>
      <w:r>
        <w:t>ứ</w:t>
      </w:r>
      <w:r>
        <w:t>t h</w:t>
      </w:r>
      <w:r>
        <w:t>ợ</w:t>
      </w:r>
      <w:r>
        <w:t>p đ</w:t>
      </w:r>
      <w:r>
        <w:t>ồ</w:t>
      </w:r>
      <w:r>
        <w:t>ng theo đi</w:t>
      </w:r>
      <w:r>
        <w:t>ể</w:t>
      </w:r>
      <w:r>
        <w:t>m a kho</w:t>
      </w:r>
      <w:r>
        <w:t>ả</w:t>
      </w:r>
      <w:r>
        <w:t>n 1 Đi</w:t>
      </w:r>
      <w:r>
        <w:t>ề</w:t>
      </w:r>
      <w:r>
        <w:t>u này, Bên A có th</w:t>
      </w:r>
      <w:r>
        <w:t>ể</w:t>
      </w:r>
      <w:r>
        <w:t xml:space="preserve"> ký h</w:t>
      </w:r>
      <w:r>
        <w:t>ợ</w:t>
      </w:r>
      <w:r>
        <w:t>p đ</w:t>
      </w:r>
      <w:r>
        <w:t>ồ</w:t>
      </w:r>
      <w:r>
        <w:t>ng v</w:t>
      </w:r>
      <w:r>
        <w:t>ớ</w:t>
      </w:r>
      <w:r>
        <w:t>i nhà th</w:t>
      </w:r>
      <w:r>
        <w:t>ầ</w:t>
      </w:r>
      <w:r>
        <w:t>u khác đ</w:t>
      </w:r>
      <w:r>
        <w:t>ể</w:t>
      </w:r>
      <w:r>
        <w:t xml:space="preserve"> th</w:t>
      </w:r>
      <w:r>
        <w:t>ự</w:t>
      </w:r>
      <w:r>
        <w:t>c hi</w:t>
      </w:r>
      <w:r>
        <w:t>ệ</w:t>
      </w:r>
      <w:r>
        <w:t>n ph</w:t>
      </w:r>
      <w:r>
        <w:t>ầ</w:t>
      </w:r>
      <w:r>
        <w:t>n h</w:t>
      </w:r>
      <w:r>
        <w:t>ợ</w:t>
      </w:r>
      <w:r>
        <w:t>p đ</w:t>
      </w:r>
      <w:r>
        <w:t>ồ</w:t>
      </w:r>
      <w:r>
        <w:t>ng mà Bên B đã không th</w:t>
      </w:r>
      <w:r>
        <w:t>ự</w:t>
      </w:r>
      <w:r>
        <w:t>c hi</w:t>
      </w:r>
      <w:r>
        <w:t>ệ</w:t>
      </w:r>
      <w:r>
        <w:t>n. Bên B s</w:t>
      </w:r>
      <w:r>
        <w:t>ẽ</w:t>
      </w:r>
      <w:r>
        <w:t xml:space="preserve"> ch</w:t>
      </w:r>
      <w:r>
        <w:t>ị</w:t>
      </w:r>
      <w:r>
        <w:t>u trách nhi</w:t>
      </w:r>
      <w:r>
        <w:t>ệ</w:t>
      </w:r>
      <w:r>
        <w:t>m b</w:t>
      </w:r>
      <w:r>
        <w:t>ồ</w:t>
      </w:r>
      <w:r>
        <w:t>i thư</w:t>
      </w:r>
      <w:r>
        <w:t>ờ</w:t>
      </w:r>
      <w:r>
        <w:t>ng cho Bên A nh</w:t>
      </w:r>
      <w:r>
        <w:t>ữ</w:t>
      </w:r>
      <w:r>
        <w:t>ng chi phí vư</w:t>
      </w:r>
      <w:r>
        <w:t>ợ</w:t>
      </w:r>
      <w:r>
        <w:t>t tr</w:t>
      </w:r>
      <w:r>
        <w:t>ộ</w:t>
      </w:r>
      <w:r>
        <w:t>i cho vi</w:t>
      </w:r>
      <w:r>
        <w:t>ệ</w:t>
      </w:r>
      <w:r>
        <w:t>c th</w:t>
      </w:r>
      <w:r>
        <w:t>ự</w:t>
      </w:r>
      <w:r>
        <w:t>c hi</w:t>
      </w:r>
      <w:r>
        <w:t>ệ</w:t>
      </w:r>
      <w:r>
        <w:t>n ph</w:t>
      </w:r>
      <w:r>
        <w:t>ầ</w:t>
      </w:r>
      <w:r>
        <w:t>n h</w:t>
      </w:r>
      <w:r>
        <w:t>ợ</w:t>
      </w:r>
      <w:r>
        <w:t>p đ</w:t>
      </w:r>
      <w:r>
        <w:t>ồ</w:t>
      </w:r>
      <w:r>
        <w:t>ng này. Tuy nhiên, Bên B v</w:t>
      </w:r>
      <w:r>
        <w:t>ẫ</w:t>
      </w:r>
      <w:r>
        <w:t>n ph</w:t>
      </w:r>
      <w:r>
        <w:t>ả</w:t>
      </w:r>
      <w:r>
        <w:t>i ti</w:t>
      </w:r>
      <w:r>
        <w:t>ế</w:t>
      </w:r>
      <w:r>
        <w:t>p t</w:t>
      </w:r>
      <w:r>
        <w:t>ụ</w:t>
      </w:r>
      <w:r>
        <w:t>c th</w:t>
      </w:r>
      <w:r>
        <w:t>ự</w:t>
      </w:r>
      <w:r>
        <w:t>c hi</w:t>
      </w:r>
      <w:r>
        <w:t>ệ</w:t>
      </w:r>
      <w:r>
        <w:t>n ph</w:t>
      </w:r>
      <w:r>
        <w:t>ầ</w:t>
      </w:r>
      <w:r>
        <w:t>n h</w:t>
      </w:r>
      <w:r>
        <w:t>ợ</w:t>
      </w:r>
      <w:r>
        <w:t>p đ</w:t>
      </w:r>
      <w:r>
        <w:t>ồ</w:t>
      </w:r>
      <w:r>
        <w:t>ng mà mình đang th</w:t>
      </w:r>
      <w:r>
        <w:t>ự</w:t>
      </w:r>
      <w:r>
        <w:t>c hi</w:t>
      </w:r>
      <w:r>
        <w:t>ệ</w:t>
      </w:r>
      <w:r>
        <w:t>n và ch</w:t>
      </w:r>
      <w:r>
        <w:t>ị</w:t>
      </w:r>
      <w:r>
        <w:t>u trách nhi</w:t>
      </w:r>
      <w:r>
        <w:t>ệ</w:t>
      </w:r>
      <w:r>
        <w:t>m b</w:t>
      </w:r>
      <w:r>
        <w:t>ả</w:t>
      </w:r>
      <w:r>
        <w:t>o hành ph</w:t>
      </w:r>
      <w:r>
        <w:t>ầ</w:t>
      </w:r>
      <w:r>
        <w:t>n h</w:t>
      </w:r>
      <w:r>
        <w:t>ợ</w:t>
      </w:r>
      <w:r>
        <w:t>p đ</w:t>
      </w:r>
      <w:r>
        <w:t>ồ</w:t>
      </w:r>
      <w:r>
        <w:t>ng đó.</w:t>
      </w:r>
    </w:p>
    <w:p w14:paraId="34ECF7BC" w14:textId="77777777" w:rsidR="00D23172" w:rsidRDefault="00BE4B1B">
      <w:pPr>
        <w:spacing w:after="120"/>
        <w:jc w:val="both"/>
      </w:pPr>
      <w:r>
        <w:t>3. Trong trư</w:t>
      </w:r>
      <w:r>
        <w:t>ờ</w:t>
      </w:r>
      <w:r>
        <w:t>ng h</w:t>
      </w:r>
      <w:r>
        <w:t>ợ</w:t>
      </w:r>
      <w:r>
        <w:t>p Bên A ch</w:t>
      </w:r>
      <w:r>
        <w:t>ấ</w:t>
      </w:r>
      <w:r>
        <w:t>m d</w:t>
      </w:r>
      <w:r>
        <w:t>ứ</w:t>
      </w:r>
      <w:r>
        <w:t>t h</w:t>
      </w:r>
      <w:r>
        <w:t>ợ</w:t>
      </w:r>
      <w:r>
        <w:t>p đ</w:t>
      </w:r>
      <w:r>
        <w:t>ồ</w:t>
      </w:r>
      <w:r>
        <w:t>ng theo đi</w:t>
      </w:r>
      <w:r>
        <w:t>ể</w:t>
      </w:r>
      <w:r>
        <w:t>m b kho</w:t>
      </w:r>
      <w:r>
        <w:t>ả</w:t>
      </w:r>
      <w:r>
        <w:t>n 1 Đi</w:t>
      </w:r>
      <w:r>
        <w:t>ề</w:t>
      </w:r>
      <w:r>
        <w:t>u này, Bên A không ph</w:t>
      </w:r>
      <w:r>
        <w:t>ả</w:t>
      </w:r>
      <w:r>
        <w:t>i ch</w:t>
      </w:r>
      <w:r>
        <w:t>ị</w:t>
      </w:r>
      <w:r>
        <w:t>u b</w:t>
      </w:r>
      <w:r>
        <w:t>ấ</w:t>
      </w:r>
      <w:r>
        <w:t>t c</w:t>
      </w:r>
      <w:r>
        <w:t>ứ</w:t>
      </w:r>
      <w:r>
        <w:t xml:space="preserve"> chi phí đ</w:t>
      </w:r>
      <w:r>
        <w:t>ề</w:t>
      </w:r>
      <w:r>
        <w:t>n bù nào. Vi</w:t>
      </w:r>
      <w:r>
        <w:t>ệ</w:t>
      </w:r>
      <w:r>
        <w:t>c ch</w:t>
      </w:r>
      <w:r>
        <w:t>ấ</w:t>
      </w:r>
      <w:r>
        <w:t>m d</w:t>
      </w:r>
      <w:r>
        <w:t>ứ</w:t>
      </w:r>
      <w:r>
        <w:t>t h</w:t>
      </w:r>
      <w:r>
        <w:t>ợ</w:t>
      </w:r>
      <w:r>
        <w:t>p đ</w:t>
      </w:r>
      <w:r>
        <w:t>ồ</w:t>
      </w:r>
      <w:r>
        <w:t>ng này không làm m</w:t>
      </w:r>
      <w:r>
        <w:t>ấ</w:t>
      </w:r>
      <w:r>
        <w:t>t đi quy</w:t>
      </w:r>
      <w:r>
        <w:t>ề</w:t>
      </w:r>
      <w:r>
        <w:t>n l</w:t>
      </w:r>
      <w:r>
        <w:t>ợ</w:t>
      </w:r>
      <w:r>
        <w:t>i c</w:t>
      </w:r>
      <w:r>
        <w:t>ủ</w:t>
      </w:r>
      <w:r>
        <w:t>a Bên A đư</w:t>
      </w:r>
      <w:r>
        <w:t>ợ</w:t>
      </w:r>
      <w:r>
        <w:t>c hư</w:t>
      </w:r>
      <w:r>
        <w:t>ở</w:t>
      </w:r>
      <w:r>
        <w:t>ng theo quy đ</w:t>
      </w:r>
      <w:r>
        <w:t>ị</w:t>
      </w:r>
      <w:r>
        <w:t>nh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 và pháp lu</w:t>
      </w:r>
      <w:r>
        <w:t>ậ</w:t>
      </w:r>
      <w:r>
        <w:t>t.</w:t>
      </w:r>
    </w:p>
    <w:p w14:paraId="01E8ACFC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10. Tính h</w:t>
      </w:r>
      <w:r>
        <w:rPr>
          <w:b/>
        </w:rPr>
        <w:t>ợ</w:t>
      </w:r>
      <w:r>
        <w:rPr>
          <w:b/>
        </w:rPr>
        <w:t>p l</w:t>
      </w:r>
      <w:r>
        <w:rPr>
          <w:b/>
        </w:rPr>
        <w:t>ệ</w:t>
      </w:r>
      <w:r>
        <w:rPr>
          <w:b/>
        </w:rPr>
        <w:t xml:space="preserve"> c</w:t>
      </w:r>
      <w:r>
        <w:rPr>
          <w:b/>
        </w:rPr>
        <w:t>ủ</w:t>
      </w:r>
      <w:r>
        <w:rPr>
          <w:b/>
        </w:rPr>
        <w:t>a hàng hóa</w:t>
      </w:r>
    </w:p>
    <w:p w14:paraId="5640F02D" w14:textId="77777777" w:rsidR="00D23172" w:rsidRDefault="00BE4B1B">
      <w:pPr>
        <w:spacing w:after="120"/>
        <w:jc w:val="both"/>
      </w:pPr>
      <w:r>
        <w:t>Bên B ph</w:t>
      </w:r>
      <w:r>
        <w:t>ả</w:t>
      </w:r>
      <w:r>
        <w:t>i nêu rõ xu</w:t>
      </w:r>
      <w:r>
        <w:t>ấ</w:t>
      </w:r>
      <w:r>
        <w:t>t x</w:t>
      </w:r>
      <w:r>
        <w:t>ứ</w:t>
      </w:r>
      <w:r>
        <w:t xml:space="preserve"> c</w:t>
      </w:r>
      <w:r>
        <w:t>ủ</w:t>
      </w:r>
      <w:r>
        <w:t>a hàng hóa; ký mã hi</w:t>
      </w:r>
      <w:r>
        <w:t>ệ</w:t>
      </w:r>
      <w:r>
        <w:t>u, nhãn mác c</w:t>
      </w:r>
      <w:r>
        <w:t>ủ</w:t>
      </w:r>
      <w:r>
        <w:t>a s</w:t>
      </w:r>
      <w:r>
        <w:t>ả</w:t>
      </w:r>
      <w:r>
        <w:t>n ph</w:t>
      </w:r>
      <w:r>
        <w:t>ẩ</w:t>
      </w:r>
      <w:r>
        <w:t>m và các tài li</w:t>
      </w:r>
      <w:r>
        <w:t>ệ</w:t>
      </w:r>
      <w:r>
        <w:t>u kèm theo đ</w:t>
      </w:r>
      <w:r>
        <w:t>ể</w:t>
      </w:r>
      <w:r>
        <w:t xml:space="preserve"> ch</w:t>
      </w:r>
      <w:r>
        <w:t>ứ</w:t>
      </w:r>
      <w:r>
        <w:t>ng minh tính h</w:t>
      </w:r>
      <w:r>
        <w:t>ợ</w:t>
      </w:r>
      <w:r>
        <w:t>p l</w:t>
      </w:r>
      <w:r>
        <w:t>ệ</w:t>
      </w:r>
      <w:r>
        <w:t xml:space="preserve"> c</w:t>
      </w:r>
      <w:r>
        <w:t>ủ</w:t>
      </w:r>
      <w:r>
        <w:t>a hàng hóa và ph</w:t>
      </w:r>
      <w:r>
        <w:t>ả</w:t>
      </w:r>
      <w:r>
        <w:t>i tuân th</w:t>
      </w:r>
      <w:r>
        <w:t>ủ</w:t>
      </w:r>
      <w:r>
        <w:t xml:space="preserve"> các quy đ</w:t>
      </w:r>
      <w:r>
        <w:t>ị</w:t>
      </w:r>
      <w:r>
        <w:t>nh v</w:t>
      </w:r>
      <w:r>
        <w:t>ề</w:t>
      </w:r>
      <w:r>
        <w:t xml:space="preserve"> tiêu chu</w:t>
      </w:r>
      <w:r>
        <w:t>ẩ</w:t>
      </w:r>
      <w:r>
        <w:t>n hi</w:t>
      </w:r>
      <w:r>
        <w:t>ệ</w:t>
      </w:r>
      <w:r>
        <w:t>n hành t</w:t>
      </w:r>
      <w:r>
        <w:t>ạ</w:t>
      </w:r>
      <w:r>
        <w:t>i qu</w:t>
      </w:r>
      <w:r>
        <w:t>ố</w:t>
      </w:r>
      <w:r>
        <w:t>c gia ho</w:t>
      </w:r>
      <w:r>
        <w:t>ặ</w:t>
      </w:r>
      <w:r>
        <w:t>c vùng lãnh th</w:t>
      </w:r>
      <w:r>
        <w:t>ổ</w:t>
      </w:r>
      <w:r>
        <w:t xml:space="preserve"> mà hàng hóa có xu</w:t>
      </w:r>
      <w:r>
        <w:t>ấ</w:t>
      </w:r>
      <w:r>
        <w:t>t x</w:t>
      </w:r>
      <w:r>
        <w:t>ứ</w:t>
      </w:r>
      <w:r>
        <w:t>.</w:t>
      </w:r>
    </w:p>
    <w:p w14:paraId="144AC3C5" w14:textId="77777777" w:rsidR="00D23172" w:rsidRDefault="00BE4B1B">
      <w:pPr>
        <w:spacing w:before="80" w:after="60"/>
        <w:jc w:val="both"/>
      </w:pPr>
      <w:r>
        <w:rPr>
          <w:b/>
        </w:rPr>
        <w:lastRenderedPageBreak/>
        <w:t>Đi</w:t>
      </w:r>
      <w:r>
        <w:rPr>
          <w:b/>
        </w:rPr>
        <w:t>ề</w:t>
      </w:r>
      <w:r>
        <w:rPr>
          <w:b/>
        </w:rPr>
        <w:t>u 11. Cung c</w:t>
      </w:r>
      <w:r>
        <w:rPr>
          <w:b/>
        </w:rPr>
        <w:t>ấ</w:t>
      </w:r>
      <w:r>
        <w:rPr>
          <w:b/>
        </w:rPr>
        <w:t>p, v</w:t>
      </w:r>
      <w:r>
        <w:rPr>
          <w:b/>
        </w:rPr>
        <w:t>ậ</w:t>
      </w:r>
      <w:r>
        <w:rPr>
          <w:b/>
        </w:rPr>
        <w:t>n chuy</w:t>
      </w:r>
      <w:r>
        <w:rPr>
          <w:b/>
        </w:rPr>
        <w:t>ể</w:t>
      </w:r>
      <w:r>
        <w:rPr>
          <w:b/>
        </w:rPr>
        <w:t>n, ki</w:t>
      </w:r>
      <w:r>
        <w:rPr>
          <w:b/>
        </w:rPr>
        <w:t>ể</w:t>
      </w:r>
      <w:r>
        <w:rPr>
          <w:b/>
        </w:rPr>
        <w:t>m tra và th</w:t>
      </w:r>
      <w:r>
        <w:rPr>
          <w:b/>
        </w:rPr>
        <w:t>ử</w:t>
      </w:r>
      <w:r>
        <w:rPr>
          <w:b/>
        </w:rPr>
        <w:t xml:space="preserve"> nghi</w:t>
      </w:r>
      <w:r>
        <w:rPr>
          <w:b/>
        </w:rPr>
        <w:t>ệ</w:t>
      </w:r>
      <w:r>
        <w:rPr>
          <w:b/>
        </w:rPr>
        <w:t>m hàng hóa</w:t>
      </w:r>
    </w:p>
    <w:p w14:paraId="134529BF" w14:textId="77777777" w:rsidR="00D23172" w:rsidRDefault="00BE4B1B">
      <w:pPr>
        <w:spacing w:after="60"/>
        <w:jc w:val="both"/>
      </w:pPr>
      <w:r>
        <w:t>1. Bên B ph</w:t>
      </w:r>
      <w:r>
        <w:t>ả</w:t>
      </w:r>
      <w:r>
        <w:t>i cung c</w:t>
      </w:r>
      <w:r>
        <w:t>ấ</w:t>
      </w:r>
      <w:r>
        <w:t>p hàng hóa và giao các tài li</w:t>
      </w:r>
      <w:r>
        <w:t>ệ</w:t>
      </w:r>
      <w:r>
        <w:t>u, ch</w:t>
      </w:r>
      <w:r>
        <w:t>ứ</w:t>
      </w:r>
      <w:r>
        <w:t>ng t</w:t>
      </w:r>
      <w:r>
        <w:t>ừ</w:t>
      </w:r>
      <w:r>
        <w:t xml:space="preserve"> (kèm theo) theo ti</w:t>
      </w:r>
      <w:r>
        <w:t>ế</w:t>
      </w:r>
      <w:r>
        <w:t>n đ</w:t>
      </w:r>
      <w:r>
        <w:t>ộ</w:t>
      </w:r>
      <w:r>
        <w:t xml:space="preserve"> nêu trong h</w:t>
      </w:r>
      <w:r>
        <w:t>ợ</w:t>
      </w:r>
      <w:r>
        <w:t>p đ</w:t>
      </w:r>
      <w:r>
        <w:t>ồ</w:t>
      </w:r>
      <w:r>
        <w:t>ng.</w:t>
      </w:r>
    </w:p>
    <w:p w14:paraId="5F5F3B4F" w14:textId="77777777" w:rsidR="00D23172" w:rsidRDefault="00BE4B1B">
      <w:pPr>
        <w:spacing w:after="60"/>
        <w:jc w:val="both"/>
      </w:pPr>
      <w:r>
        <w:t>2. Yêu c</w:t>
      </w:r>
      <w:r>
        <w:t>ầ</w:t>
      </w:r>
      <w:r>
        <w:t>u v</w:t>
      </w:r>
      <w:r>
        <w:t>ề</w:t>
      </w:r>
      <w:r>
        <w:t xml:space="preserve"> v</w:t>
      </w:r>
      <w:r>
        <w:t>ậ</w:t>
      </w:r>
      <w:r>
        <w:t>n chuy</w:t>
      </w:r>
      <w:r>
        <w:t>ể</w:t>
      </w:r>
      <w:r>
        <w:t>n hàng hóa: Hàng hoá ph</w:t>
      </w:r>
      <w:r>
        <w:t>ả</w:t>
      </w:r>
      <w:r>
        <w:t>i đư</w:t>
      </w:r>
      <w:r>
        <w:t>ợ</w:t>
      </w:r>
      <w:r>
        <w:t>c v</w:t>
      </w:r>
      <w:r>
        <w:t>ậ</w:t>
      </w:r>
      <w:r>
        <w:t>n chuy</w:t>
      </w:r>
      <w:r>
        <w:t>ể</w:t>
      </w:r>
      <w:r>
        <w:t>n đ</w:t>
      </w:r>
      <w:r>
        <w:t>ế</w:t>
      </w:r>
      <w:r>
        <w:t>n đ</w:t>
      </w:r>
      <w:r>
        <w:t>ị</w:t>
      </w:r>
      <w:r>
        <w:t>a đi</w:t>
      </w:r>
      <w:r>
        <w:t>ể</w:t>
      </w:r>
      <w:r>
        <w:t>m l</w:t>
      </w:r>
      <w:r>
        <w:t>ắ</w:t>
      </w:r>
      <w:r>
        <w:t>p đ</w:t>
      </w:r>
      <w:r>
        <w:t>ặ</w:t>
      </w:r>
      <w:r>
        <w:t>t c</w:t>
      </w:r>
      <w:r>
        <w:t>ủ</w:t>
      </w:r>
      <w:r>
        <w:t>a bên A, t</w:t>
      </w:r>
      <w:r>
        <w:t>ạ</w:t>
      </w:r>
      <w:r>
        <w:t>i đ</w:t>
      </w:r>
      <w:r>
        <w:t>ị</w:t>
      </w:r>
      <w:r>
        <w:t>a ch</w:t>
      </w:r>
      <w:r>
        <w:t>ỉ</w:t>
      </w:r>
      <w:r>
        <w:t xml:space="preserve"> 48 Tăng Nhơn Phú, phư</w:t>
      </w:r>
      <w:r>
        <w:t>ờ</w:t>
      </w:r>
      <w:r>
        <w:t>ng Tăng Nhơn Phú, Tp. H</w:t>
      </w:r>
      <w:r>
        <w:t>ồ</w:t>
      </w:r>
      <w:r>
        <w:t xml:space="preserve"> Chí Minh, Vi</w:t>
      </w:r>
      <w:r>
        <w:t>ệ</w:t>
      </w:r>
      <w:r>
        <w:t>t Nam, chi phí b</w:t>
      </w:r>
      <w:r>
        <w:t>ố</w:t>
      </w:r>
      <w:r>
        <w:t>c x</w:t>
      </w:r>
      <w:r>
        <w:t>ế</w:t>
      </w:r>
      <w:r>
        <w:t>p bên nào bên đ</w:t>
      </w:r>
      <w:r>
        <w:t>ấ</w:t>
      </w:r>
      <w:r>
        <w:t>y ch</w:t>
      </w:r>
      <w:r>
        <w:t>ị</w:t>
      </w:r>
      <w:r>
        <w:t>u.</w:t>
      </w:r>
    </w:p>
    <w:p w14:paraId="63732502" w14:textId="77777777" w:rsidR="00D23172" w:rsidRDefault="00BE4B1B">
      <w:pPr>
        <w:spacing w:after="60"/>
        <w:jc w:val="both"/>
      </w:pPr>
      <w:r>
        <w:t>3. Bên B cung c</w:t>
      </w:r>
      <w:r>
        <w:t>ấ</w:t>
      </w:r>
      <w:r>
        <w:t>p k</w:t>
      </w:r>
      <w:r>
        <w:t>ỹ</w:t>
      </w:r>
      <w:r>
        <w:t xml:space="preserve"> thu</w:t>
      </w:r>
      <w:r>
        <w:t>ậ</w:t>
      </w:r>
      <w:r>
        <w:t>t viên hư</w:t>
      </w:r>
      <w:r>
        <w:t>ớ</w:t>
      </w:r>
      <w:r>
        <w:t>ng d</w:t>
      </w:r>
      <w:r>
        <w:t>ẫ</w:t>
      </w:r>
      <w:r>
        <w:t>n l</w:t>
      </w:r>
      <w:r>
        <w:t>ắ</w:t>
      </w:r>
      <w:r>
        <w:t>p đ</w:t>
      </w:r>
      <w:r>
        <w:t>ặ</w:t>
      </w:r>
      <w:r>
        <w:t>t cho Bên A, Bên B ch</w:t>
      </w:r>
      <w:r>
        <w:t>ị</w:t>
      </w:r>
      <w:r>
        <w:t>u phí v</w:t>
      </w:r>
      <w:r>
        <w:t>ậ</w:t>
      </w:r>
      <w:r>
        <w:t>n chuy</w:t>
      </w:r>
      <w:r>
        <w:t>ể</w:t>
      </w:r>
      <w:r>
        <w:t>n thi</w:t>
      </w:r>
      <w:r>
        <w:t>ế</w:t>
      </w:r>
      <w:r>
        <w:t>t b</w:t>
      </w:r>
      <w:r>
        <w:t>ị</w:t>
      </w:r>
      <w:r>
        <w:t xml:space="preserve"> t</w:t>
      </w:r>
      <w:r>
        <w:t>ừ</w:t>
      </w:r>
      <w:r>
        <w:t xml:space="preserve"> c</w:t>
      </w:r>
      <w:r>
        <w:t>ả</w:t>
      </w:r>
      <w:r>
        <w:t>ng đ</w:t>
      </w:r>
      <w:r>
        <w:t>ế</w:t>
      </w:r>
      <w:r>
        <w:t>n đ</w:t>
      </w:r>
      <w:r>
        <w:t>ị</w:t>
      </w:r>
      <w:r>
        <w:t>a đi</w:t>
      </w:r>
      <w:r>
        <w:t>ể</w:t>
      </w:r>
      <w:r>
        <w:t>m l</w:t>
      </w:r>
      <w:r>
        <w:t>ắ</w:t>
      </w:r>
      <w:r>
        <w:t>p đ</w:t>
      </w:r>
      <w:r>
        <w:t>ặ</w:t>
      </w:r>
      <w:r>
        <w:t>t; chi phí hư</w:t>
      </w:r>
      <w:r>
        <w:t>ớ</w:t>
      </w:r>
      <w:r>
        <w:t>ng d</w:t>
      </w:r>
      <w:r>
        <w:t>ẫ</w:t>
      </w:r>
      <w:r>
        <w:t>n l</w:t>
      </w:r>
      <w:r>
        <w:t>ắ</w:t>
      </w:r>
      <w:r>
        <w:t>p đ</w:t>
      </w:r>
      <w:r>
        <w:t>ặ</w:t>
      </w:r>
      <w:r>
        <w:t>t và hư</w:t>
      </w:r>
      <w:r>
        <w:t>ớ</w:t>
      </w:r>
      <w:r>
        <w:t>ng d</w:t>
      </w:r>
      <w:r>
        <w:t>ẫ</w:t>
      </w:r>
      <w:r>
        <w:t>n v</w:t>
      </w:r>
      <w:r>
        <w:t>ậ</w:t>
      </w:r>
      <w:r>
        <w:t>n hành thi</w:t>
      </w:r>
      <w:r>
        <w:t>ế</w:t>
      </w:r>
      <w:r>
        <w:t>t b</w:t>
      </w:r>
      <w:r>
        <w:t>ị</w:t>
      </w:r>
      <w:r>
        <w:t xml:space="preserve"> t</w:t>
      </w:r>
      <w:r>
        <w:t>ạ</w:t>
      </w:r>
      <w:r>
        <w:t>i nhà máy; lương và ph</w:t>
      </w:r>
      <w:r>
        <w:t>ụ</w:t>
      </w:r>
      <w:r>
        <w:t xml:space="preserve"> c</w:t>
      </w:r>
      <w:r>
        <w:t>ấ</w:t>
      </w:r>
      <w:r>
        <w:t>p cho chuyên viên k</w:t>
      </w:r>
      <w:r>
        <w:t>ỹ</w:t>
      </w:r>
      <w:r>
        <w:t xml:space="preserve"> thu</w:t>
      </w:r>
      <w:r>
        <w:t>ậ</w:t>
      </w:r>
      <w:r>
        <w:t>t c</w:t>
      </w:r>
      <w:r>
        <w:t>ủ</w:t>
      </w:r>
      <w:r>
        <w:t>a bên B. Bên A ch</w:t>
      </w:r>
      <w:r>
        <w:t>ị</w:t>
      </w:r>
      <w:r>
        <w:t xml:space="preserve">u chi phí ăn </w:t>
      </w:r>
      <w:r>
        <w:t>ở</w:t>
      </w:r>
      <w:r>
        <w:t>, (bao g</w:t>
      </w:r>
      <w:r>
        <w:t>ồ</w:t>
      </w:r>
      <w:r>
        <w:t>m phí khách s</w:t>
      </w:r>
      <w:r>
        <w:t>ạ</w:t>
      </w:r>
      <w:r>
        <w:t>n và b</w:t>
      </w:r>
      <w:r>
        <w:t>ữ</w:t>
      </w:r>
      <w:r>
        <w:t>a ăn toàn th</w:t>
      </w:r>
      <w:r>
        <w:t>ờ</w:t>
      </w:r>
      <w:r>
        <w:t>i gian), chi phí đưa rư</w:t>
      </w:r>
      <w:r>
        <w:t>ớ</w:t>
      </w:r>
      <w:r>
        <w:t>c t</w:t>
      </w:r>
      <w:r>
        <w:t>ừ</w:t>
      </w:r>
      <w:r>
        <w:t xml:space="preserve"> khách s</w:t>
      </w:r>
      <w:r>
        <w:t>ạ</w:t>
      </w:r>
      <w:r>
        <w:t>n đ</w:t>
      </w:r>
      <w:r>
        <w:t>ế</w:t>
      </w:r>
      <w:r>
        <w:t>n nơi l</w:t>
      </w:r>
      <w:r>
        <w:t>ắ</w:t>
      </w:r>
      <w:r>
        <w:t>p đ</w:t>
      </w:r>
      <w:r>
        <w:t>ặ</w:t>
      </w:r>
      <w:r>
        <w:t>t (ngư</w:t>
      </w:r>
      <w:r>
        <w:t>ợ</w:t>
      </w:r>
      <w:r>
        <w:t>c l</w:t>
      </w:r>
      <w:r>
        <w:t>ạ</w:t>
      </w:r>
      <w:r>
        <w:t>i) cho k</w:t>
      </w:r>
      <w:r>
        <w:t>ỹ</w:t>
      </w:r>
      <w:r>
        <w:t xml:space="preserve"> thu</w:t>
      </w:r>
      <w:r>
        <w:t>ậ</w:t>
      </w:r>
      <w:r>
        <w:t>t viên c</w:t>
      </w:r>
      <w:r>
        <w:t>ủ</w:t>
      </w:r>
      <w:r>
        <w:t>a Bên B trong su</w:t>
      </w:r>
      <w:r>
        <w:t>ố</w:t>
      </w:r>
      <w:r>
        <w:t>t th</w:t>
      </w:r>
      <w:r>
        <w:t>ờ</w:t>
      </w:r>
      <w:r>
        <w:t>i gian làm vi</w:t>
      </w:r>
      <w:r>
        <w:t>ệ</w:t>
      </w:r>
      <w:r>
        <w:t>c t</w:t>
      </w:r>
      <w:r>
        <w:t>ạ</w:t>
      </w:r>
      <w:r>
        <w:t>i Xư</w:t>
      </w:r>
      <w:r>
        <w:t>ở</w:t>
      </w:r>
      <w:r>
        <w:t>ng bên A.</w:t>
      </w:r>
    </w:p>
    <w:p w14:paraId="535F995D" w14:textId="77777777" w:rsidR="00D23172" w:rsidRDefault="00BE4B1B">
      <w:pPr>
        <w:spacing w:after="120"/>
        <w:jc w:val="both"/>
      </w:pPr>
      <w:r>
        <w:t>4. Bên A ho</w:t>
      </w:r>
      <w:r>
        <w:t>ặ</w:t>
      </w:r>
      <w:r>
        <w:t>c đ</w:t>
      </w:r>
      <w:r>
        <w:t>ạ</w:t>
      </w:r>
      <w:r>
        <w:t>i di</w:t>
      </w:r>
      <w:r>
        <w:t>ệ</w:t>
      </w:r>
      <w:r>
        <w:t>n c</w:t>
      </w:r>
      <w:r>
        <w:t>ủ</w:t>
      </w:r>
      <w:r>
        <w:t>a Bên A có quy</w:t>
      </w:r>
      <w:r>
        <w:t>ề</w:t>
      </w:r>
      <w:r>
        <w:t>n ki</w:t>
      </w:r>
      <w:r>
        <w:t>ể</w:t>
      </w:r>
      <w:r>
        <w:t>m tra, th</w:t>
      </w:r>
      <w:r>
        <w:t>ử</w:t>
      </w:r>
      <w:r>
        <w:t xml:space="preserve"> nghi</w:t>
      </w:r>
      <w:r>
        <w:t>ệ</w:t>
      </w:r>
      <w:r>
        <w:t>m hàng hóa đư</w:t>
      </w:r>
      <w:r>
        <w:t>ợ</w:t>
      </w:r>
      <w:r>
        <w:t>c cung c</w:t>
      </w:r>
      <w:r>
        <w:t>ấ</w:t>
      </w:r>
      <w:r>
        <w:t>p đ</w:t>
      </w:r>
      <w:r>
        <w:t>ể</w:t>
      </w:r>
      <w:r>
        <w:t xml:space="preserve"> đ</w:t>
      </w:r>
      <w:r>
        <w:t>ả</w:t>
      </w:r>
      <w:r>
        <w:t>m b</w:t>
      </w:r>
      <w:r>
        <w:t>ả</w:t>
      </w:r>
      <w:r>
        <w:t>o hàng hóa đó có đ</w:t>
      </w:r>
      <w:r>
        <w:t>ặ</w:t>
      </w:r>
      <w:r>
        <w:t>c tính k</w:t>
      </w:r>
      <w:r>
        <w:t>ỹ</w:t>
      </w:r>
      <w:r>
        <w:t xml:space="preserve"> thu</w:t>
      </w:r>
      <w:r>
        <w:t>ậ</w:t>
      </w:r>
      <w:r>
        <w:t>t phù h</w:t>
      </w:r>
      <w:r>
        <w:t>ợ</w:t>
      </w:r>
      <w:r>
        <w:t>p v</w:t>
      </w:r>
      <w:r>
        <w:t>ớ</w:t>
      </w:r>
      <w:r>
        <w:t>i yêu c</w:t>
      </w:r>
      <w:r>
        <w:t>ầ</w:t>
      </w:r>
      <w:r>
        <w:t>u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ng. Trư</w:t>
      </w:r>
      <w:r>
        <w:t>ờ</w:t>
      </w:r>
      <w:r>
        <w:t>ng h</w:t>
      </w:r>
      <w:r>
        <w:t>ợ</w:t>
      </w:r>
      <w:r>
        <w:t>p hàng hóa không phù h</w:t>
      </w:r>
      <w:r>
        <w:t>ợ</w:t>
      </w:r>
      <w:r>
        <w:t>p v</w:t>
      </w:r>
      <w:r>
        <w:t>ớ</w:t>
      </w:r>
      <w:r>
        <w:t>i đ</w:t>
      </w:r>
      <w:r>
        <w:t>ặ</w:t>
      </w:r>
      <w:r>
        <w:t>c tính k</w:t>
      </w:r>
      <w:r>
        <w:t>ỹ</w:t>
      </w:r>
      <w:r>
        <w:t xml:space="preserve"> thu</w:t>
      </w:r>
      <w:r>
        <w:t>ậ</w:t>
      </w:r>
      <w:r>
        <w:t>t theo h</w:t>
      </w:r>
      <w:r>
        <w:t>ợ</w:t>
      </w:r>
      <w:r>
        <w:t>p đ</w:t>
      </w:r>
      <w:r>
        <w:t>ồ</w:t>
      </w:r>
      <w:r>
        <w:t>ng thì Bên A có quy</w:t>
      </w:r>
      <w:r>
        <w:t>ề</w:t>
      </w:r>
      <w:r>
        <w:t>n t</w:t>
      </w:r>
      <w:r>
        <w:t>ừ</w:t>
      </w:r>
      <w:r>
        <w:t xml:space="preserve"> ch</w:t>
      </w:r>
      <w:r>
        <w:t>ố</w:t>
      </w:r>
      <w:r>
        <w:t>i và Bên B ph</w:t>
      </w:r>
      <w:r>
        <w:t>ả</w:t>
      </w:r>
      <w:r>
        <w:t>i có trách nhi</w:t>
      </w:r>
      <w:r>
        <w:t>ệ</w:t>
      </w:r>
      <w:r>
        <w:t>m thay th</w:t>
      </w:r>
      <w:r>
        <w:t>ế</w:t>
      </w:r>
      <w:r>
        <w:t xml:space="preserve"> ho</w:t>
      </w:r>
      <w:r>
        <w:t>ặ</w:t>
      </w:r>
      <w:r>
        <w:t>c ti</w:t>
      </w:r>
      <w:r>
        <w:t>ế</w:t>
      </w:r>
      <w:r>
        <w:t>n hành nh</w:t>
      </w:r>
      <w:r>
        <w:t>ữ</w:t>
      </w:r>
      <w:r>
        <w:t>ng đi</w:t>
      </w:r>
      <w:r>
        <w:t>ề</w:t>
      </w:r>
      <w:r>
        <w:t>u ch</w:t>
      </w:r>
      <w:r>
        <w:t>ỉ</w:t>
      </w:r>
      <w:r>
        <w:t>nh c</w:t>
      </w:r>
      <w:r>
        <w:t>ầ</w:t>
      </w:r>
      <w:r>
        <w:t>n thi</w:t>
      </w:r>
      <w:r>
        <w:t>ế</w:t>
      </w:r>
      <w:r>
        <w:t>t đ</w:t>
      </w:r>
      <w:r>
        <w:t>ể</w:t>
      </w:r>
      <w:r>
        <w:t xml:space="preserve"> đáp </w:t>
      </w:r>
      <w:r>
        <w:t>ứ</w:t>
      </w:r>
      <w:r>
        <w:t>ng đúng các yêu c</w:t>
      </w:r>
      <w:r>
        <w:t>ầ</w:t>
      </w:r>
      <w:r>
        <w:t>u v</w:t>
      </w:r>
      <w:r>
        <w:t>ề</w:t>
      </w:r>
      <w:r>
        <w:t xml:space="preserve"> đ</w:t>
      </w:r>
      <w:r>
        <w:t>ặ</w:t>
      </w:r>
      <w:r>
        <w:t>c tính k</w:t>
      </w:r>
      <w:r>
        <w:t>ỹ</w:t>
      </w:r>
      <w:r>
        <w:t xml:space="preserve"> thu</w:t>
      </w:r>
      <w:r>
        <w:t>ậ</w:t>
      </w:r>
      <w:r>
        <w:t>t. Trư</w:t>
      </w:r>
      <w:r>
        <w:t>ờ</w:t>
      </w:r>
      <w:r>
        <w:t>ng h</w:t>
      </w:r>
      <w:r>
        <w:t>ợ</w:t>
      </w:r>
      <w:r>
        <w:t>p Bên B không có kh</w:t>
      </w:r>
      <w:r>
        <w:t>ả</w:t>
      </w:r>
      <w:r>
        <w:t xml:space="preserve"> năng thay th</w:t>
      </w:r>
      <w:r>
        <w:t>ế</w:t>
      </w:r>
      <w:r>
        <w:t xml:space="preserve"> hay đi</w:t>
      </w:r>
      <w:r>
        <w:t>ề</w:t>
      </w:r>
      <w:r>
        <w:t>u ch</w:t>
      </w:r>
      <w:r>
        <w:t>ỉ</w:t>
      </w:r>
      <w:r>
        <w:t>nh các hàng hóa không phù h</w:t>
      </w:r>
      <w:r>
        <w:t>ợ</w:t>
      </w:r>
      <w:r>
        <w:t>p, Bên A có quy</w:t>
      </w:r>
      <w:r>
        <w:t>ề</w:t>
      </w:r>
      <w:r>
        <w:t>n t</w:t>
      </w:r>
      <w:r>
        <w:t>ổ</w:t>
      </w:r>
      <w:r>
        <w:t xml:space="preserve"> ch</w:t>
      </w:r>
      <w:r>
        <w:t>ứ</w:t>
      </w:r>
      <w:r>
        <w:t>c vi</w:t>
      </w:r>
      <w:r>
        <w:t>ệ</w:t>
      </w:r>
      <w:r>
        <w:t>c thay th</w:t>
      </w:r>
      <w:r>
        <w:t>ế</w:t>
      </w:r>
      <w:r>
        <w:t xml:space="preserve"> hay đi</w:t>
      </w:r>
      <w:r>
        <w:t>ề</w:t>
      </w:r>
      <w:r>
        <w:t>u</w:t>
      </w:r>
      <w:r>
        <w:t xml:space="preserve"> ch</w:t>
      </w:r>
      <w:r>
        <w:t>ỉ</w:t>
      </w:r>
      <w:r>
        <w:t>nh n</w:t>
      </w:r>
      <w:r>
        <w:t>ế</w:t>
      </w:r>
      <w:r>
        <w:t>u th</w:t>
      </w:r>
      <w:r>
        <w:t>ấ</w:t>
      </w:r>
      <w:r>
        <w:t>y c</w:t>
      </w:r>
      <w:r>
        <w:t>ầ</w:t>
      </w:r>
      <w:r>
        <w:t>n thi</w:t>
      </w:r>
      <w:r>
        <w:t>ế</w:t>
      </w:r>
      <w:r>
        <w:t>t, m</w:t>
      </w:r>
      <w:r>
        <w:t>ọ</w:t>
      </w:r>
      <w:r>
        <w:t>i r</w:t>
      </w:r>
      <w:r>
        <w:t>ủ</w:t>
      </w:r>
      <w:r>
        <w:t>i ro và chi phí liên quan do Bên B ch</w:t>
      </w:r>
      <w:r>
        <w:t>ị</w:t>
      </w:r>
      <w:r>
        <w:t>u. Vi</w:t>
      </w:r>
      <w:r>
        <w:t>ệ</w:t>
      </w:r>
      <w:r>
        <w:t>c th</w:t>
      </w:r>
      <w:r>
        <w:t>ự</w:t>
      </w:r>
      <w:r>
        <w:t>c hi</w:t>
      </w:r>
      <w:r>
        <w:t>ệ</w:t>
      </w:r>
      <w:r>
        <w:t>n ki</w:t>
      </w:r>
      <w:r>
        <w:t>ể</w:t>
      </w:r>
      <w:r>
        <w:t>m tra, th</w:t>
      </w:r>
      <w:r>
        <w:t>ử</w:t>
      </w:r>
      <w:r>
        <w:t xml:space="preserve"> nghi</w:t>
      </w:r>
      <w:r>
        <w:t>ệ</w:t>
      </w:r>
      <w:r>
        <w:t>m hàng hóa c</w:t>
      </w:r>
      <w:r>
        <w:t>ủ</w:t>
      </w:r>
      <w:r>
        <w:t>a Bên A không d</w:t>
      </w:r>
      <w:r>
        <w:t>ẫ</w:t>
      </w:r>
      <w:r>
        <w:t>n đ</w:t>
      </w:r>
      <w:r>
        <w:t>ế</w:t>
      </w:r>
      <w:r>
        <w:t>n mi</w:t>
      </w:r>
      <w:r>
        <w:t>ễ</w:t>
      </w:r>
      <w:r>
        <w:t>n tr</w:t>
      </w:r>
      <w:r>
        <w:t>ừ</w:t>
      </w:r>
      <w:r>
        <w:t xml:space="preserve"> nghĩa v</w:t>
      </w:r>
      <w:r>
        <w:t>ụ</w:t>
      </w:r>
      <w:r>
        <w:t xml:space="preserve"> b</w:t>
      </w:r>
      <w:r>
        <w:t>ả</w:t>
      </w:r>
      <w:r>
        <w:t>o hành hay các nghĩa v</w:t>
      </w:r>
      <w:r>
        <w:t>ụ</w:t>
      </w:r>
      <w:r>
        <w:t xml:space="preserve"> khác theo h</w:t>
      </w:r>
      <w:r>
        <w:t>ợ</w:t>
      </w:r>
      <w:r>
        <w:t>p đ</w:t>
      </w:r>
      <w:r>
        <w:t>ồ</w:t>
      </w:r>
      <w:r>
        <w:t>ng c</w:t>
      </w:r>
      <w:r>
        <w:t>ủ</w:t>
      </w:r>
      <w:r>
        <w:t>a Bên B.</w:t>
      </w:r>
    </w:p>
    <w:p w14:paraId="158B643F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12. B</w:t>
      </w:r>
      <w:r>
        <w:rPr>
          <w:b/>
        </w:rPr>
        <w:t>ả</w:t>
      </w:r>
      <w:r>
        <w:rPr>
          <w:b/>
        </w:rPr>
        <w:t>n quy</w:t>
      </w:r>
      <w:r>
        <w:rPr>
          <w:b/>
        </w:rPr>
        <w:t>ề</w:t>
      </w:r>
      <w:r>
        <w:rPr>
          <w:b/>
        </w:rPr>
        <w:t>n và b</w:t>
      </w:r>
      <w:r>
        <w:rPr>
          <w:b/>
        </w:rPr>
        <w:t>ả</w:t>
      </w:r>
      <w:r>
        <w:rPr>
          <w:b/>
        </w:rPr>
        <w:t>o hi</w:t>
      </w:r>
      <w:r>
        <w:rPr>
          <w:b/>
        </w:rPr>
        <w:t>ể</w:t>
      </w:r>
      <w:r>
        <w:rPr>
          <w:b/>
        </w:rPr>
        <w:t>m hàng hóa</w:t>
      </w:r>
    </w:p>
    <w:p w14:paraId="1F91881A" w14:textId="77777777" w:rsidR="00D23172" w:rsidRDefault="00BE4B1B">
      <w:pPr>
        <w:spacing w:after="60"/>
        <w:jc w:val="both"/>
      </w:pPr>
      <w:r>
        <w:t>1. Bên B ph</w:t>
      </w:r>
      <w:r>
        <w:t>ả</w:t>
      </w:r>
      <w:r>
        <w:t>i hoàn toàn ch</w:t>
      </w:r>
      <w:r>
        <w:t>ị</w:t>
      </w:r>
      <w:r>
        <w:t>u trách nhi</w:t>
      </w:r>
      <w:r>
        <w:t>ệ</w:t>
      </w:r>
      <w:r>
        <w:t>m v</w:t>
      </w:r>
      <w:r>
        <w:t>ề</w:t>
      </w:r>
      <w:r>
        <w:t xml:space="preserve"> m</w:t>
      </w:r>
      <w:r>
        <w:t>ọ</w:t>
      </w:r>
      <w:r>
        <w:t>i thi</w:t>
      </w:r>
      <w:r>
        <w:t>ệ</w:t>
      </w:r>
      <w:r>
        <w:t>t h</w:t>
      </w:r>
      <w:r>
        <w:t>ạ</w:t>
      </w:r>
      <w:r>
        <w:t>i phát sinh do vi</w:t>
      </w:r>
      <w:r>
        <w:t>ệ</w:t>
      </w:r>
      <w:r>
        <w:t>c khi</w:t>
      </w:r>
      <w:r>
        <w:t>ế</w:t>
      </w:r>
      <w:r>
        <w:t>u n</w:t>
      </w:r>
      <w:r>
        <w:t>ạ</w:t>
      </w:r>
      <w:r>
        <w:t>i c</w:t>
      </w:r>
      <w:r>
        <w:t>ủ</w:t>
      </w:r>
      <w:r>
        <w:t>a bên th</w:t>
      </w:r>
      <w:r>
        <w:t>ứ</w:t>
      </w:r>
      <w:r>
        <w:t xml:space="preserve"> ba v</w:t>
      </w:r>
      <w:r>
        <w:t>ề</w:t>
      </w:r>
      <w:r>
        <w:t xml:space="preserve"> vi</w:t>
      </w:r>
      <w:r>
        <w:t>ệ</w:t>
      </w:r>
      <w:r>
        <w:t>c vi ph</w:t>
      </w:r>
      <w:r>
        <w:t>ạ</w:t>
      </w:r>
      <w:r>
        <w:t>m b</w:t>
      </w:r>
      <w:r>
        <w:t>ả</w:t>
      </w:r>
      <w:r>
        <w:t>n quy</w:t>
      </w:r>
      <w:r>
        <w:t>ề</w:t>
      </w:r>
      <w:r>
        <w:t>n s</w:t>
      </w:r>
      <w:r>
        <w:t>ở</w:t>
      </w:r>
      <w:r>
        <w:t xml:space="preserve"> h</w:t>
      </w:r>
      <w:r>
        <w:t>ữ</w:t>
      </w:r>
      <w:r>
        <w:t>u trí tu</w:t>
      </w:r>
      <w:r>
        <w:t>ệ</w:t>
      </w:r>
      <w:r>
        <w:t xml:space="preserve"> liên quan đ</w:t>
      </w:r>
      <w:r>
        <w:t>ế</w:t>
      </w:r>
      <w:r>
        <w:t>n hàng hóa mà Bên B đã cung c</w:t>
      </w:r>
      <w:r>
        <w:t>ấ</w:t>
      </w:r>
      <w:r>
        <w:t>p cho Bên A.</w:t>
      </w:r>
    </w:p>
    <w:p w14:paraId="2D1EFE4D" w14:textId="77777777" w:rsidR="00D23172" w:rsidRDefault="00BE4B1B">
      <w:pPr>
        <w:spacing w:after="120"/>
        <w:jc w:val="both"/>
      </w:pPr>
      <w:r>
        <w:t>2. Hàng hóa do Bên B cung c</w:t>
      </w:r>
      <w:r>
        <w:t>ấ</w:t>
      </w:r>
      <w:r>
        <w:t>p ph</w:t>
      </w:r>
      <w:r>
        <w:t>ả</w:t>
      </w:r>
      <w:r>
        <w:t>i đư</w:t>
      </w:r>
      <w:r>
        <w:t>ợ</w:t>
      </w:r>
      <w:r>
        <w:t>c b</w:t>
      </w:r>
      <w:r>
        <w:t>ả</w:t>
      </w:r>
      <w:r>
        <w:t>o hi</w:t>
      </w:r>
      <w:r>
        <w:t>ể</w:t>
      </w:r>
      <w:r>
        <w:t>m đ</w:t>
      </w:r>
      <w:r>
        <w:t>ầ</w:t>
      </w:r>
      <w:r>
        <w:t>y đ</w:t>
      </w:r>
      <w:r>
        <w:t>ủ</w:t>
      </w:r>
      <w:r>
        <w:t xml:space="preserve"> đ</w:t>
      </w:r>
      <w:r>
        <w:t>ể</w:t>
      </w:r>
      <w:r>
        <w:t xml:space="preserve"> bù đ</w:t>
      </w:r>
      <w:r>
        <w:t>ắ</w:t>
      </w:r>
      <w:r>
        <w:t>p nh</w:t>
      </w:r>
      <w:r>
        <w:t>ữ</w:t>
      </w:r>
      <w:r>
        <w:t>ng m</w:t>
      </w:r>
      <w:r>
        <w:t>ấ</w:t>
      </w:r>
      <w:r>
        <w:t>t mát, t</w:t>
      </w:r>
      <w:r>
        <w:t>ổ</w:t>
      </w:r>
      <w:r>
        <w:t>n th</w:t>
      </w:r>
      <w:r>
        <w:t>ấ</w:t>
      </w:r>
      <w:r>
        <w:t>t b</w:t>
      </w:r>
      <w:r>
        <w:t>ấ</w:t>
      </w:r>
      <w:r>
        <w:t>t thư</w:t>
      </w:r>
      <w:r>
        <w:t>ờ</w:t>
      </w:r>
      <w:r>
        <w:t>ng trong quá trình v</w:t>
      </w:r>
      <w:r>
        <w:t>ậ</w:t>
      </w:r>
      <w:r>
        <w:t>n chuy</w:t>
      </w:r>
      <w:r>
        <w:t>ể</w:t>
      </w:r>
      <w:r>
        <w:t>n, lưu kho và giao hàng.</w:t>
      </w:r>
    </w:p>
    <w:p w14:paraId="190E93EF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13. B</w:t>
      </w:r>
      <w:r>
        <w:rPr>
          <w:b/>
        </w:rPr>
        <w:t>ả</w:t>
      </w:r>
      <w:r>
        <w:rPr>
          <w:b/>
        </w:rPr>
        <w:t>o hành</w:t>
      </w:r>
    </w:p>
    <w:p w14:paraId="5F4E07FF" w14:textId="77777777" w:rsidR="00D23172" w:rsidRDefault="00BE4B1B">
      <w:pPr>
        <w:spacing w:after="60"/>
        <w:jc w:val="both"/>
      </w:pPr>
      <w:r>
        <w:t>1. Bên B đ</w:t>
      </w:r>
      <w:r>
        <w:t>ả</w:t>
      </w:r>
      <w:r>
        <w:t>m b</w:t>
      </w:r>
      <w:r>
        <w:t>ả</w:t>
      </w:r>
      <w:r>
        <w:t>o r</w:t>
      </w:r>
      <w:r>
        <w:t>ằ</w:t>
      </w:r>
      <w:r>
        <w:t>ng hàng hóa đư</w:t>
      </w:r>
      <w:r>
        <w:t>ợ</w:t>
      </w:r>
      <w:r>
        <w:t>c cung c</w:t>
      </w:r>
      <w:r>
        <w:t>ấ</w:t>
      </w:r>
      <w:r>
        <w:t>p theo h</w:t>
      </w:r>
      <w:r>
        <w:t>ợ</w:t>
      </w:r>
      <w:r>
        <w:t>p đ</w:t>
      </w:r>
      <w:r>
        <w:t>ồ</w:t>
      </w:r>
      <w:r>
        <w:t>ng là m</w:t>
      </w:r>
      <w:r>
        <w:t>ớ</w:t>
      </w:r>
      <w:r>
        <w:t>i 100%, chưa s</w:t>
      </w:r>
      <w:r>
        <w:t>ử</w:t>
      </w:r>
      <w:r>
        <w:t xml:space="preserve"> d</w:t>
      </w:r>
      <w:r>
        <w:t>ụ</w:t>
      </w:r>
      <w:r>
        <w:t>ng, đ</w:t>
      </w:r>
      <w:r>
        <w:t>ả</w:t>
      </w:r>
      <w:r>
        <w:t>m b</w:t>
      </w:r>
      <w:r>
        <w:t>ả</w:t>
      </w:r>
      <w:r>
        <w:t>o ch</w:t>
      </w:r>
      <w:r>
        <w:t>ấ</w:t>
      </w:r>
      <w:r>
        <w:t>t lư</w:t>
      </w:r>
      <w:r>
        <w:t>ợ</w:t>
      </w:r>
      <w:r>
        <w:t>ng theo tiêu chu</w:t>
      </w:r>
      <w:r>
        <w:t>ẩ</w:t>
      </w:r>
      <w:r>
        <w:t>n ch</w:t>
      </w:r>
      <w:r>
        <w:t>ế</w:t>
      </w:r>
      <w:r>
        <w:t xml:space="preserve"> t</w:t>
      </w:r>
      <w:r>
        <w:t>ạ</w:t>
      </w:r>
      <w:r>
        <w:t>o và s</w:t>
      </w:r>
      <w:r>
        <w:t>ẽ</w:t>
      </w:r>
      <w:r>
        <w:t xml:space="preserve"> không có các khuy</w:t>
      </w:r>
      <w:r>
        <w:t>ế</w:t>
      </w:r>
      <w:r>
        <w:t>t t</w:t>
      </w:r>
      <w:r>
        <w:t>ậ</w:t>
      </w:r>
      <w:r>
        <w:t>t n</w:t>
      </w:r>
      <w:r>
        <w:t>ả</w:t>
      </w:r>
      <w:r>
        <w:t>y sinh d</w:t>
      </w:r>
      <w:r>
        <w:t>ẫ</w:t>
      </w:r>
      <w:r>
        <w:t>n đ</w:t>
      </w:r>
      <w:r>
        <w:t>ế</w:t>
      </w:r>
      <w:r>
        <w:t>n b</w:t>
      </w:r>
      <w:r>
        <w:t>ấ</w:t>
      </w:r>
      <w:r>
        <w:t>t l</w:t>
      </w:r>
      <w:r>
        <w:t>ợ</w:t>
      </w:r>
      <w:r>
        <w:t>i trong quá trình s</w:t>
      </w:r>
      <w:r>
        <w:t>ử</w:t>
      </w:r>
      <w:r>
        <w:t xml:space="preserve"> d</w:t>
      </w:r>
      <w:r>
        <w:t>ụ</w:t>
      </w:r>
      <w:r>
        <w:t>ng hàng hóa.</w:t>
      </w:r>
    </w:p>
    <w:p w14:paraId="4F95A91D" w14:textId="77777777" w:rsidR="00D23172" w:rsidRDefault="00BE4B1B">
      <w:pPr>
        <w:spacing w:after="60"/>
        <w:jc w:val="both"/>
      </w:pPr>
      <w:r>
        <w:t>2. Yêu c</w:t>
      </w:r>
      <w:r>
        <w:t>ầ</w:t>
      </w:r>
      <w:r>
        <w:t>u v</w:t>
      </w:r>
      <w:r>
        <w:t>ề</w:t>
      </w:r>
      <w:r>
        <w:t xml:space="preserve"> b</w:t>
      </w:r>
      <w:r>
        <w:t>ả</w:t>
      </w:r>
      <w:r>
        <w:t>o hành đ</w:t>
      </w:r>
      <w:r>
        <w:t>ố</w:t>
      </w:r>
      <w:r>
        <w:t>i v</w:t>
      </w:r>
      <w:r>
        <w:t>ớ</w:t>
      </w:r>
      <w:r>
        <w:t>i hàng hóa như sau:</w:t>
      </w:r>
    </w:p>
    <w:p w14:paraId="3B859175" w14:textId="77777777" w:rsidR="00D23172" w:rsidRDefault="00BE4B1B">
      <w:pPr>
        <w:spacing w:after="60"/>
        <w:ind w:left="576"/>
        <w:jc w:val="both"/>
      </w:pPr>
      <w:r>
        <w:t>✓</w:t>
      </w:r>
      <w:r>
        <w:t xml:space="preserve">   B</w:t>
      </w:r>
      <w:r>
        <w:t>ả</w:t>
      </w:r>
      <w:r>
        <w:t>o hành 12 tháng k</w:t>
      </w:r>
      <w:r>
        <w:t>ể</w:t>
      </w:r>
      <w:r>
        <w:t xml:space="preserve"> t</w:t>
      </w:r>
      <w:r>
        <w:t>ừ</w:t>
      </w:r>
      <w:r>
        <w:t xml:space="preserve"> ngày ký biên b</w:t>
      </w:r>
      <w:r>
        <w:t>ả</w:t>
      </w:r>
      <w:r>
        <w:t>n nghi</w:t>
      </w:r>
      <w:r>
        <w:t>ệ</w:t>
      </w:r>
      <w:r>
        <w:t>m thu và bàn giao.</w:t>
      </w:r>
    </w:p>
    <w:p w14:paraId="0E29F9C4" w14:textId="77777777" w:rsidR="00D23172" w:rsidRDefault="00BE4B1B">
      <w:pPr>
        <w:spacing w:after="60"/>
        <w:ind w:left="576"/>
        <w:jc w:val="both"/>
      </w:pPr>
      <w:r>
        <w:t>✓</w:t>
      </w:r>
      <w:r>
        <w:t xml:space="preserve">   Phát hành ch</w:t>
      </w:r>
      <w:r>
        <w:t>ứ</w:t>
      </w:r>
      <w:r>
        <w:t>ng thư b</w:t>
      </w:r>
      <w:r>
        <w:t>ả</w:t>
      </w:r>
      <w:r>
        <w:t>o lãnh b</w:t>
      </w:r>
      <w:r>
        <w:t>ả</w:t>
      </w:r>
      <w:r>
        <w:t>o hành tr</w:t>
      </w:r>
      <w:r>
        <w:t>ị</w:t>
      </w:r>
      <w:r>
        <w:t xml:space="preserve"> giá 5% giá tr</w:t>
      </w:r>
      <w:r>
        <w:t>ị</w:t>
      </w:r>
      <w:r>
        <w:t xml:space="preserve"> h</w:t>
      </w:r>
      <w:r>
        <w:t>ợ</w:t>
      </w:r>
      <w:r>
        <w:t>p đ</w:t>
      </w:r>
      <w:r>
        <w:t>ồ</w:t>
      </w:r>
      <w:r>
        <w:t>ng, hi</w:t>
      </w:r>
      <w:r>
        <w:t>ệ</w:t>
      </w:r>
      <w:r>
        <w:t>u l</w:t>
      </w:r>
      <w:r>
        <w:t>ự</w:t>
      </w:r>
      <w:r>
        <w:t>c trong vòng 12 tháng k</w:t>
      </w:r>
      <w:r>
        <w:t>ể</w:t>
      </w:r>
      <w:r>
        <w:t xml:space="preserve"> t</w:t>
      </w:r>
      <w:r>
        <w:t>ừ</w:t>
      </w:r>
      <w:r>
        <w:t xml:space="preserve"> ngày ký biên b</w:t>
      </w:r>
      <w:r>
        <w:t>ả</w:t>
      </w:r>
      <w:r>
        <w:t>n nghi</w:t>
      </w:r>
      <w:r>
        <w:t>ệ</w:t>
      </w:r>
      <w:r>
        <w:t>m thu.</w:t>
      </w:r>
    </w:p>
    <w:p w14:paraId="7B5F99E2" w14:textId="77777777" w:rsidR="00D23172" w:rsidRDefault="00BE4B1B">
      <w:pPr>
        <w:spacing w:before="12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14. Nghi</w:t>
      </w:r>
      <w:r>
        <w:rPr>
          <w:b/>
        </w:rPr>
        <w:t>ệ</w:t>
      </w:r>
      <w:r>
        <w:rPr>
          <w:b/>
        </w:rPr>
        <w:t>m thu và bàn giao thi</w:t>
      </w:r>
      <w:r>
        <w:rPr>
          <w:b/>
        </w:rPr>
        <w:t>ế</w:t>
      </w:r>
      <w:r>
        <w:rPr>
          <w:b/>
        </w:rPr>
        <w:t>t b</w:t>
      </w:r>
      <w:r>
        <w:rPr>
          <w:b/>
        </w:rPr>
        <w:t>ị</w:t>
      </w:r>
    </w:p>
    <w:p w14:paraId="1D9F7076" w14:textId="77777777" w:rsidR="00D23172" w:rsidRDefault="00BE4B1B">
      <w:pPr>
        <w:spacing w:after="60"/>
        <w:jc w:val="both"/>
      </w:pPr>
      <w:r>
        <w:t>Th</w:t>
      </w:r>
      <w:r>
        <w:t>ờ</w:t>
      </w:r>
      <w:r>
        <w:t>i gian nghi</w:t>
      </w:r>
      <w:r>
        <w:t>ệ</w:t>
      </w:r>
      <w:r>
        <w:t>m thu và bàn giao máy móc thi</w:t>
      </w:r>
      <w:r>
        <w:t>ế</w:t>
      </w:r>
      <w:r>
        <w:t>t b</w:t>
      </w:r>
      <w:r>
        <w:t>ị</w:t>
      </w:r>
      <w:r>
        <w:t xml:space="preserve"> là trong vòng 02 tu</w:t>
      </w:r>
      <w:r>
        <w:t>ầ</w:t>
      </w:r>
      <w:r>
        <w:t>n sau khi hoàn thành l</w:t>
      </w:r>
      <w:r>
        <w:t>ắ</w:t>
      </w:r>
      <w:r>
        <w:t>p đ</w:t>
      </w:r>
      <w:r>
        <w:t>ặ</w:t>
      </w:r>
      <w:r>
        <w:t>t và bàn giao máy móc thi</w:t>
      </w:r>
      <w:r>
        <w:t>ế</w:t>
      </w:r>
      <w:r>
        <w:t>t b</w:t>
      </w:r>
      <w:r>
        <w:t>ị</w:t>
      </w:r>
      <w:r>
        <w:t xml:space="preserve"> t</w:t>
      </w:r>
      <w:r>
        <w:t>ạ</w:t>
      </w:r>
      <w:r>
        <w:t>i nhà máy ( đ</w:t>
      </w:r>
      <w:r>
        <w:t>ạ</w:t>
      </w:r>
      <w:r>
        <w:t>i di</w:t>
      </w:r>
      <w:r>
        <w:t>ệ</w:t>
      </w:r>
      <w:r>
        <w:t>n các bên xác nh</w:t>
      </w:r>
      <w:r>
        <w:t>ậ</w:t>
      </w:r>
      <w:r>
        <w:t>n b</w:t>
      </w:r>
      <w:r>
        <w:t>ằ</w:t>
      </w:r>
      <w:r>
        <w:t>ng văn b</w:t>
      </w:r>
      <w:r>
        <w:t>ả</w:t>
      </w:r>
      <w:r>
        <w:t>n), nhưng không vư</w:t>
      </w:r>
      <w:r>
        <w:t>ợ</w:t>
      </w:r>
      <w:r>
        <w:t>t quá 03 tu</w:t>
      </w:r>
      <w:r>
        <w:t>ầ</w:t>
      </w:r>
      <w:r>
        <w:t>n. 02 Bên s</w:t>
      </w:r>
      <w:r>
        <w:t>ẽ</w:t>
      </w:r>
      <w:r>
        <w:t xml:space="preserve"> ký biên b</w:t>
      </w:r>
      <w:r>
        <w:t>ả</w:t>
      </w:r>
      <w:r>
        <w:t>n nghi</w:t>
      </w:r>
      <w:r>
        <w:t>ệ</w:t>
      </w:r>
      <w:r>
        <w:t>m thu c</w:t>
      </w:r>
      <w:r>
        <w:t>ủ</w:t>
      </w:r>
      <w:r>
        <w:t>a ngư</w:t>
      </w:r>
      <w:r>
        <w:t>ờ</w:t>
      </w:r>
      <w:r>
        <w:t>i có th</w:t>
      </w:r>
      <w:r>
        <w:t>ẩ</w:t>
      </w:r>
      <w:r>
        <w:t>m quy</w:t>
      </w:r>
      <w:r>
        <w:t>ề</w:t>
      </w:r>
      <w:r>
        <w:t>n.</w:t>
      </w:r>
    </w:p>
    <w:p w14:paraId="08AA0E00" w14:textId="77777777" w:rsidR="00D23172" w:rsidRDefault="00BE4B1B">
      <w:pPr>
        <w:spacing w:after="120"/>
        <w:jc w:val="both"/>
      </w:pPr>
      <w:r>
        <w:t>Trong trư</w:t>
      </w:r>
      <w:r>
        <w:t>ờ</w:t>
      </w:r>
      <w:r>
        <w:t>ng h</w:t>
      </w:r>
      <w:r>
        <w:t>ợ</w:t>
      </w:r>
      <w:r>
        <w:t>p th</w:t>
      </w:r>
      <w:r>
        <w:t>ờ</w:t>
      </w:r>
      <w:r>
        <w:t>i gian nghi</w:t>
      </w:r>
      <w:r>
        <w:t>ệ</w:t>
      </w:r>
      <w:r>
        <w:t>m thu quá 03 tu</w:t>
      </w:r>
      <w:r>
        <w:t>ầ</w:t>
      </w:r>
      <w:r>
        <w:t>n nhưng không ph</w:t>
      </w:r>
      <w:r>
        <w:t>ả</w:t>
      </w:r>
      <w:r>
        <w:t>i l</w:t>
      </w:r>
      <w:r>
        <w:t>ỗ</w:t>
      </w:r>
      <w:r>
        <w:t>i c</w:t>
      </w:r>
      <w:r>
        <w:t>ủ</w:t>
      </w:r>
      <w:r>
        <w:t>a bên B thì m</w:t>
      </w:r>
      <w:r>
        <w:t>ặ</w:t>
      </w:r>
      <w:r>
        <w:t>c nhiên máy móc thi</w:t>
      </w:r>
      <w:r>
        <w:t>ế</w:t>
      </w:r>
      <w:r>
        <w:t>t b</w:t>
      </w:r>
      <w:r>
        <w:t>ị</w:t>
      </w:r>
      <w:r>
        <w:t xml:space="preserve"> đư</w:t>
      </w:r>
      <w:r>
        <w:t>ợ</w:t>
      </w:r>
      <w:r>
        <w:t>c coi là nghi</w:t>
      </w:r>
      <w:r>
        <w:t>ệ</w:t>
      </w:r>
      <w:r>
        <w:t>m thu và đã bàn giao cho Bên A thành công.</w:t>
      </w:r>
    </w:p>
    <w:p w14:paraId="7EE7D323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15. Gi</w:t>
      </w:r>
      <w:r>
        <w:rPr>
          <w:b/>
        </w:rPr>
        <w:t>ả</w:t>
      </w:r>
      <w:r>
        <w:rPr>
          <w:b/>
        </w:rPr>
        <w:t>i quy</w:t>
      </w:r>
      <w:r>
        <w:rPr>
          <w:b/>
        </w:rPr>
        <w:t>ế</w:t>
      </w:r>
      <w:r>
        <w:rPr>
          <w:b/>
        </w:rPr>
        <w:t>t tranh ch</w:t>
      </w:r>
      <w:r>
        <w:rPr>
          <w:b/>
        </w:rPr>
        <w:t>ấ</w:t>
      </w:r>
      <w:r>
        <w:rPr>
          <w:b/>
        </w:rPr>
        <w:t>p</w:t>
      </w:r>
    </w:p>
    <w:p w14:paraId="1E9BEE50" w14:textId="77777777" w:rsidR="00D23172" w:rsidRDefault="00BE4B1B">
      <w:pPr>
        <w:spacing w:after="60"/>
        <w:jc w:val="both"/>
      </w:pPr>
      <w:r>
        <w:lastRenderedPageBreak/>
        <w:t>1. Bên A và Bên B có trách nhi</w:t>
      </w:r>
      <w:r>
        <w:t>ệ</w:t>
      </w:r>
      <w:r>
        <w:t>m gi</w:t>
      </w:r>
      <w:r>
        <w:t>ả</w:t>
      </w:r>
      <w:r>
        <w:t>i quy</w:t>
      </w:r>
      <w:r>
        <w:t>ế</w:t>
      </w:r>
      <w:r>
        <w:t>t các tranh ch</w:t>
      </w:r>
      <w:r>
        <w:t>ấ</w:t>
      </w:r>
      <w:r>
        <w:t>p phát sinh gi</w:t>
      </w:r>
      <w:r>
        <w:t>ữ</w:t>
      </w:r>
      <w:r>
        <w:t>a hai bên thông qua thương lư</w:t>
      </w:r>
      <w:r>
        <w:t>ợ</w:t>
      </w:r>
      <w:r>
        <w:t>ng, hòa gi</w:t>
      </w:r>
      <w:r>
        <w:t>ả</w:t>
      </w:r>
      <w:r>
        <w:t>i.</w:t>
      </w:r>
    </w:p>
    <w:p w14:paraId="5F122BA2" w14:textId="77777777" w:rsidR="00D23172" w:rsidRDefault="00BE4B1B">
      <w:pPr>
        <w:spacing w:after="120"/>
        <w:jc w:val="both"/>
      </w:pPr>
      <w:r>
        <w:t>2. N</w:t>
      </w:r>
      <w:r>
        <w:t>ế</w:t>
      </w:r>
      <w:r>
        <w:t>u tranh ch</w:t>
      </w:r>
      <w:r>
        <w:t>ấ</w:t>
      </w:r>
      <w:r>
        <w:t>p không th</w:t>
      </w:r>
      <w:r>
        <w:t>ể</w:t>
      </w:r>
      <w:r>
        <w:t xml:space="preserve"> gi</w:t>
      </w:r>
      <w:r>
        <w:t>ả</w:t>
      </w:r>
      <w:r>
        <w:t>i quy</w:t>
      </w:r>
      <w:r>
        <w:t>ế</w:t>
      </w:r>
      <w:r>
        <w:t>t đư</w:t>
      </w:r>
      <w:r>
        <w:t>ợ</w:t>
      </w:r>
      <w:r>
        <w:t>c b</w:t>
      </w:r>
      <w:r>
        <w:t>ằ</w:t>
      </w:r>
      <w:r>
        <w:t>ng thương lư</w:t>
      </w:r>
      <w:r>
        <w:t>ợ</w:t>
      </w:r>
      <w:r>
        <w:t>ng, hòa gi</w:t>
      </w:r>
      <w:r>
        <w:t>ả</w:t>
      </w:r>
      <w:r>
        <w:t>i trong th</w:t>
      </w:r>
      <w:r>
        <w:t>ờ</w:t>
      </w:r>
      <w:r>
        <w:t>i gian: 30 ngày k</w:t>
      </w:r>
      <w:r>
        <w:t>ể</w:t>
      </w:r>
      <w:r>
        <w:t xml:space="preserve"> t</w:t>
      </w:r>
      <w:r>
        <w:t>ừ</w:t>
      </w:r>
      <w:r>
        <w:t xml:space="preserve"> ngày phát sinh tranh ch</w:t>
      </w:r>
      <w:r>
        <w:t>ấ</w:t>
      </w:r>
      <w:r>
        <w:t>p thì b</w:t>
      </w:r>
      <w:r>
        <w:t>ấ</w:t>
      </w:r>
      <w:r>
        <w:t>t k</w:t>
      </w:r>
      <w:r>
        <w:t>ỳ</w:t>
      </w:r>
      <w:r>
        <w:t xml:space="preserve"> bên nào cũng đ</w:t>
      </w:r>
      <w:r>
        <w:t>ề</w:t>
      </w:r>
      <w:r>
        <w:t>u có th</w:t>
      </w:r>
      <w:r>
        <w:t>ể</w:t>
      </w:r>
      <w:r>
        <w:t xml:space="preserve"> yêu c</w:t>
      </w:r>
      <w:r>
        <w:t>ầ</w:t>
      </w:r>
      <w:r>
        <w:t>u đưa vi</w:t>
      </w:r>
      <w:r>
        <w:t>ệ</w:t>
      </w:r>
      <w:r>
        <w:t>c tranh ch</w:t>
      </w:r>
      <w:r>
        <w:t>ấ</w:t>
      </w:r>
      <w:r>
        <w:t>p ra gi</w:t>
      </w:r>
      <w:r>
        <w:t>ả</w:t>
      </w:r>
      <w:r>
        <w:t>i quy</w:t>
      </w:r>
      <w:r>
        <w:t>ế</w:t>
      </w:r>
      <w:r>
        <w:t>t b</w:t>
      </w:r>
      <w:r>
        <w:t>ằ</w:t>
      </w:r>
      <w:r>
        <w:t>ng tr</w:t>
      </w:r>
      <w:r>
        <w:t>ọ</w:t>
      </w:r>
      <w:r>
        <w:t>ng tài kinh t</w:t>
      </w:r>
      <w:r>
        <w:t>ế</w:t>
      </w:r>
      <w:r>
        <w:t xml:space="preserve"> c</w:t>
      </w:r>
      <w:r>
        <w:t>ủ</w:t>
      </w:r>
      <w:r>
        <w:t>a thành ph</w:t>
      </w:r>
      <w:r>
        <w:t>ố</w:t>
      </w:r>
      <w:r>
        <w:t xml:space="preserve"> H</w:t>
      </w:r>
      <w:r>
        <w:t>ồ</w:t>
      </w:r>
      <w:r>
        <w:t xml:space="preserve"> Chí Minh, phán quy</w:t>
      </w:r>
      <w:r>
        <w:t>ế</w:t>
      </w:r>
      <w:r>
        <w:t>t c</w:t>
      </w:r>
      <w:r>
        <w:t>ủ</w:t>
      </w:r>
      <w:r>
        <w:t>a tr</w:t>
      </w:r>
      <w:r>
        <w:t>ọ</w:t>
      </w:r>
      <w:r>
        <w:t>ng tài là phán quy</w:t>
      </w:r>
      <w:r>
        <w:t>ế</w:t>
      </w:r>
      <w:r>
        <w:t>t cu</w:t>
      </w:r>
      <w:r>
        <w:t>ố</w:t>
      </w:r>
      <w:r>
        <w:t>i cùng, chi phí tr</w:t>
      </w:r>
      <w:r>
        <w:t>ọ</w:t>
      </w:r>
      <w:r>
        <w:t>ng tài do bên thua ki</w:t>
      </w:r>
      <w:r>
        <w:t>ệ</w:t>
      </w:r>
      <w:r>
        <w:t>n.</w:t>
      </w:r>
    </w:p>
    <w:p w14:paraId="5720C502" w14:textId="77777777" w:rsidR="00D23172" w:rsidRDefault="00BE4B1B">
      <w:pPr>
        <w:spacing w:before="80" w:after="60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16. Hi</w:t>
      </w:r>
      <w:r>
        <w:rPr>
          <w:b/>
        </w:rPr>
        <w:t>ệ</w:t>
      </w:r>
      <w:r>
        <w:rPr>
          <w:b/>
        </w:rPr>
        <w:t>u l</w:t>
      </w:r>
      <w:r>
        <w:rPr>
          <w:b/>
        </w:rPr>
        <w:t>ự</w:t>
      </w:r>
      <w:r>
        <w:rPr>
          <w:b/>
        </w:rPr>
        <w:t>c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</w:t>
      </w:r>
    </w:p>
    <w:p w14:paraId="1F32D1CB" w14:textId="77777777" w:rsidR="00D23172" w:rsidRDefault="00BE4B1B">
      <w:pPr>
        <w:spacing w:after="60"/>
        <w:jc w:val="both"/>
      </w:pPr>
      <w:r>
        <w:t>1. H</w:t>
      </w:r>
      <w:r>
        <w:t>ợ</w:t>
      </w:r>
      <w:r>
        <w:t>p đ</w:t>
      </w:r>
      <w:r>
        <w:t>ồ</w:t>
      </w:r>
      <w:r>
        <w:t>ng có hi</w:t>
      </w:r>
      <w:r>
        <w:t>ệ</w:t>
      </w:r>
      <w:r>
        <w:t>u l</w:t>
      </w:r>
      <w:r>
        <w:t>ự</w:t>
      </w:r>
      <w:r>
        <w:t>c k</w:t>
      </w:r>
      <w:r>
        <w:t>ể</w:t>
      </w:r>
      <w:r>
        <w:t xml:space="preserve"> t</w:t>
      </w:r>
      <w:r>
        <w:t>ừ</w:t>
      </w:r>
      <w:r>
        <w:t xml:space="preserve"> ngày ký.</w:t>
      </w:r>
    </w:p>
    <w:p w14:paraId="7BA71A15" w14:textId="77777777" w:rsidR="00D23172" w:rsidRDefault="00BE4B1B">
      <w:pPr>
        <w:spacing w:after="60"/>
        <w:jc w:val="both"/>
      </w:pPr>
      <w:r>
        <w:t>2. H</w:t>
      </w:r>
      <w:r>
        <w:t>ợ</w:t>
      </w:r>
      <w:r>
        <w:t>p đ</w:t>
      </w:r>
      <w:r>
        <w:t>ồ</w:t>
      </w:r>
      <w:r>
        <w:t>ng h</w:t>
      </w:r>
      <w:r>
        <w:t>ế</w:t>
      </w:r>
      <w:r>
        <w:t>t hi</w:t>
      </w:r>
      <w:r>
        <w:t>ệ</w:t>
      </w:r>
      <w:r>
        <w:t>u l</w:t>
      </w:r>
      <w:r>
        <w:t>ự</w:t>
      </w:r>
      <w:r>
        <w:t>c sau khi hai bên ti</w:t>
      </w:r>
      <w:r>
        <w:t>ế</w:t>
      </w:r>
      <w:r>
        <w:t>n hành thanh lý h</w:t>
      </w:r>
      <w:r>
        <w:t>ợ</w:t>
      </w:r>
      <w:r>
        <w:t>p đ</w:t>
      </w:r>
      <w:r>
        <w:t>ồ</w:t>
      </w:r>
      <w:r>
        <w:t>ng theo lu</w:t>
      </w:r>
      <w:r>
        <w:t>ậ</w:t>
      </w:r>
      <w:r>
        <w:t>t đ</w:t>
      </w:r>
      <w:r>
        <w:t>ị</w:t>
      </w:r>
      <w:r>
        <w:t>nh.</w:t>
      </w:r>
    </w:p>
    <w:p w14:paraId="54A08074" w14:textId="77777777" w:rsidR="00D23172" w:rsidRDefault="00BE4B1B">
      <w:pPr>
        <w:spacing w:after="280"/>
        <w:jc w:val="both"/>
      </w:pPr>
      <w:r>
        <w:t>H</w:t>
      </w:r>
      <w:r>
        <w:t>ợ</w:t>
      </w:r>
      <w:r>
        <w:t>p đ</w:t>
      </w:r>
      <w:r>
        <w:t>ồ</w:t>
      </w:r>
      <w:r>
        <w:t>ng đư</w:t>
      </w:r>
      <w:r>
        <w:t>ợ</w:t>
      </w:r>
      <w:r>
        <w:t>c l</w:t>
      </w:r>
      <w:r>
        <w:t>ậ</w:t>
      </w:r>
      <w:r>
        <w:t>p thành 06 (sáu) b</w:t>
      </w:r>
      <w:r>
        <w:t>ộ</w:t>
      </w:r>
      <w:r>
        <w:t>, ch</w:t>
      </w:r>
      <w:r>
        <w:t>ủ</w:t>
      </w:r>
      <w:r>
        <w:t xml:space="preserve"> đ</w:t>
      </w:r>
      <w:r>
        <w:t>ầ</w:t>
      </w:r>
      <w:r>
        <w:t>u tư gi</w:t>
      </w:r>
      <w:r>
        <w:t>ữ</w:t>
      </w:r>
      <w:r>
        <w:t xml:space="preserve"> 04 (b</w:t>
      </w:r>
      <w:r>
        <w:t>ố</w:t>
      </w:r>
      <w:r>
        <w:t>n) b</w:t>
      </w:r>
      <w:r>
        <w:t>ộ</w:t>
      </w:r>
      <w:r>
        <w:t>, nhà th</w:t>
      </w:r>
      <w:r>
        <w:t>ầ</w:t>
      </w:r>
      <w:r>
        <w:t>u gi</w:t>
      </w:r>
      <w:r>
        <w:t>ữ</w:t>
      </w:r>
      <w:r>
        <w:t xml:space="preserve"> 02 (hai) b</w:t>
      </w:r>
      <w:r>
        <w:t>ộ</w:t>
      </w:r>
      <w:r>
        <w:t>, các b</w:t>
      </w:r>
      <w:r>
        <w:t>ộ</w:t>
      </w:r>
      <w:r>
        <w:t xml:space="preserve"> h</w:t>
      </w:r>
      <w:r>
        <w:t>ợ</w:t>
      </w:r>
      <w:r>
        <w:t>p đ</w:t>
      </w:r>
      <w:r>
        <w:t>ồ</w:t>
      </w:r>
      <w:r>
        <w:t>ng có giá tr</w:t>
      </w:r>
      <w:r>
        <w:t>ị</w:t>
      </w:r>
      <w:r>
        <w:t xml:space="preserve"> pháp lý như nhau.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23172" w14:paraId="7DC24562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C07A" w14:textId="77777777" w:rsidR="00D23172" w:rsidRDefault="00BE4B1B">
            <w:pPr>
              <w:jc w:val="center"/>
            </w:pPr>
            <w:r>
              <w:rPr>
                <w:b/>
              </w:rPr>
              <w:t>Đ</w:t>
            </w:r>
            <w:r>
              <w:rPr>
                <w:b/>
              </w:rPr>
              <w:t>Ạ</w:t>
            </w:r>
            <w:r>
              <w:rPr>
                <w:b/>
              </w:rPr>
              <w:t>I DI</w:t>
            </w:r>
            <w:r>
              <w:rPr>
                <w:b/>
              </w:rPr>
              <w:t>Ệ</w:t>
            </w:r>
            <w:r>
              <w:rPr>
                <w:b/>
              </w:rPr>
              <w:t>N BÊN A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D618" w14:textId="77777777" w:rsidR="00D23172" w:rsidRDefault="00BE4B1B">
            <w:pPr>
              <w:jc w:val="center"/>
            </w:pPr>
            <w:r>
              <w:rPr>
                <w:b/>
              </w:rPr>
              <w:t>Đ</w:t>
            </w:r>
            <w:r>
              <w:rPr>
                <w:b/>
              </w:rPr>
              <w:t>Ạ</w:t>
            </w:r>
            <w:r>
              <w:rPr>
                <w:b/>
              </w:rPr>
              <w:t>I DI</w:t>
            </w:r>
            <w:r>
              <w:rPr>
                <w:b/>
              </w:rPr>
              <w:t>Ệ</w:t>
            </w:r>
            <w:r>
              <w:rPr>
                <w:b/>
              </w:rPr>
              <w:t>N BÊN B</w:t>
            </w:r>
          </w:p>
        </w:tc>
      </w:tr>
      <w:tr w:rsidR="00D23172" w14:paraId="4FA3FEC3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CBAC" w14:textId="77777777" w:rsidR="00D23172" w:rsidRDefault="00BE4B1B">
            <w:pPr>
              <w:spacing w:before="1300"/>
              <w:jc w:val="center"/>
            </w:pPr>
            <w:r>
              <w:rPr>
                <w:b/>
              </w:rPr>
              <w:t>B</w:t>
            </w:r>
            <w:r>
              <w:rPr>
                <w:b/>
              </w:rPr>
              <w:t>Ạ</w:t>
            </w:r>
            <w:r>
              <w:rPr>
                <w:b/>
              </w:rPr>
              <w:t>CH TH</w:t>
            </w:r>
            <w:r>
              <w:rPr>
                <w:b/>
              </w:rPr>
              <w:t>Ị</w:t>
            </w:r>
            <w:r>
              <w:rPr>
                <w:b/>
              </w:rPr>
              <w:t xml:space="preserve"> KIM CƯƠNG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E3DC2" w14:textId="77777777" w:rsidR="00D23172" w:rsidRDefault="00BE4B1B">
            <w:pPr>
              <w:spacing w:before="1300"/>
              <w:jc w:val="center"/>
            </w:pPr>
            <w:r>
              <w:rPr>
                <w:b/>
              </w:rPr>
              <w:t>NGUY</w:t>
            </w:r>
            <w:r>
              <w:rPr>
                <w:b/>
              </w:rPr>
              <w:t>Ễ</w:t>
            </w:r>
            <w:r>
              <w:rPr>
                <w:b/>
              </w:rPr>
              <w:t>N B</w:t>
            </w:r>
            <w:r>
              <w:rPr>
                <w:b/>
              </w:rPr>
              <w:t>Ả</w:t>
            </w:r>
            <w:r>
              <w:rPr>
                <w:b/>
              </w:rPr>
              <w:t>O TH</w:t>
            </w:r>
            <w:r>
              <w:rPr>
                <w:b/>
              </w:rPr>
              <w:t>Ạ</w:t>
            </w:r>
            <w:r>
              <w:rPr>
                <w:b/>
              </w:rPr>
              <w:t>CH</w:t>
            </w:r>
          </w:p>
        </w:tc>
      </w:tr>
    </w:tbl>
    <w:p w14:paraId="61715D06" w14:textId="77777777" w:rsidR="00D23172" w:rsidRDefault="00BE4B1B">
      <w:r>
        <w:br w:type="page"/>
      </w:r>
    </w:p>
    <w:p w14:paraId="550A9562" w14:textId="77777777" w:rsidR="00D23172" w:rsidRDefault="00BE4B1B">
      <w:pPr>
        <w:spacing w:after="60"/>
        <w:jc w:val="center"/>
      </w:pPr>
      <w:r>
        <w:rPr>
          <w:b/>
          <w:sz w:val="28"/>
        </w:rPr>
        <w:lastRenderedPageBreak/>
        <w:t>PH</w:t>
      </w:r>
      <w:r>
        <w:rPr>
          <w:b/>
          <w:sz w:val="28"/>
        </w:rPr>
        <w:t>Ụ</w:t>
      </w:r>
      <w:r>
        <w:rPr>
          <w:b/>
          <w:sz w:val="28"/>
        </w:rPr>
        <w:t xml:space="preserve"> L</w:t>
      </w:r>
      <w:r>
        <w:rPr>
          <w:b/>
          <w:sz w:val="28"/>
        </w:rPr>
        <w:t>Ụ</w:t>
      </w:r>
      <w:r>
        <w:rPr>
          <w:b/>
          <w:sz w:val="28"/>
        </w:rPr>
        <w:t>C</w:t>
      </w:r>
    </w:p>
    <w:p w14:paraId="1211A127" w14:textId="5348DCD7" w:rsidR="00D23172" w:rsidRDefault="00BE4B1B">
      <w:pPr>
        <w:spacing w:after="120"/>
        <w:jc w:val="center"/>
      </w:pPr>
      <w:r>
        <w:rPr>
          <w:b/>
          <w:i/>
          <w:sz w:val="22"/>
        </w:rPr>
        <w:t>(Là ph</w:t>
      </w:r>
      <w:r>
        <w:rPr>
          <w:b/>
          <w:i/>
          <w:sz w:val="22"/>
        </w:rPr>
        <w:t>ầ</w:t>
      </w:r>
      <w:r>
        <w:rPr>
          <w:b/>
          <w:i/>
          <w:sz w:val="22"/>
        </w:rPr>
        <w:t>n không tách r</w:t>
      </w:r>
      <w:r>
        <w:rPr>
          <w:b/>
          <w:i/>
          <w:sz w:val="22"/>
        </w:rPr>
        <w:t>ờ</w:t>
      </w:r>
      <w:r>
        <w:rPr>
          <w:b/>
          <w:i/>
          <w:sz w:val="22"/>
        </w:rPr>
        <w:t>i h</w:t>
      </w:r>
      <w:r>
        <w:rPr>
          <w:b/>
          <w:i/>
          <w:sz w:val="22"/>
        </w:rPr>
        <w:t>ợ</w:t>
      </w:r>
      <w:r>
        <w:rPr>
          <w:b/>
          <w:i/>
          <w:sz w:val="22"/>
        </w:rPr>
        <w:t>p đ</w:t>
      </w:r>
      <w:r>
        <w:rPr>
          <w:b/>
          <w:i/>
          <w:sz w:val="22"/>
        </w:rPr>
        <w:t>ồ</w:t>
      </w:r>
      <w:r>
        <w:rPr>
          <w:b/>
          <w:i/>
          <w:sz w:val="22"/>
        </w:rPr>
        <w:t>ng s</w:t>
      </w:r>
      <w:r>
        <w:rPr>
          <w:b/>
          <w:i/>
          <w:sz w:val="22"/>
        </w:rPr>
        <w:t>ố</w:t>
      </w:r>
      <w:r>
        <w:rPr>
          <w:b/>
          <w:i/>
          <w:sz w:val="22"/>
        </w:rPr>
        <w:t xml:space="preserve">: 26.08/2026/HĐMB/NT-PP, ngày </w:t>
      </w:r>
      <w:r w:rsidR="00394D51">
        <w:rPr>
          <w:b/>
          <w:i/>
          <w:sz w:val="22"/>
        </w:rPr>
        <w:t>…/…/……..</w:t>
      </w:r>
      <w:r>
        <w:rPr>
          <w:b/>
          <w:i/>
          <w:sz w:val="22"/>
        </w:rPr>
        <w:t>)</w:t>
      </w:r>
    </w:p>
    <w:p w14:paraId="496012C2" w14:textId="77777777" w:rsidR="00D23172" w:rsidRDefault="00BE4B1B">
      <w:pPr>
        <w:spacing w:before="80" w:after="60"/>
        <w:jc w:val="both"/>
      </w:pPr>
      <w:r>
        <w:rPr>
          <w:i/>
          <w:sz w:val="22"/>
        </w:rPr>
        <w:t>Đi</w:t>
      </w:r>
      <w:r>
        <w:rPr>
          <w:i/>
          <w:sz w:val="22"/>
        </w:rPr>
        <w:t>ề</w:t>
      </w:r>
      <w:r>
        <w:rPr>
          <w:i/>
          <w:sz w:val="22"/>
        </w:rPr>
        <w:t>u kho</w:t>
      </w:r>
      <w:r>
        <w:rPr>
          <w:i/>
          <w:sz w:val="22"/>
        </w:rPr>
        <w:t>ả</w:t>
      </w:r>
      <w:r>
        <w:rPr>
          <w:i/>
          <w:sz w:val="22"/>
        </w:rPr>
        <w:t>n v</w:t>
      </w:r>
      <w:r>
        <w:rPr>
          <w:i/>
          <w:sz w:val="22"/>
        </w:rPr>
        <w:t>ề</w:t>
      </w:r>
      <w:r>
        <w:rPr>
          <w:i/>
          <w:sz w:val="22"/>
        </w:rPr>
        <w:t xml:space="preserve"> đ</w:t>
      </w:r>
      <w:r>
        <w:rPr>
          <w:i/>
          <w:sz w:val="22"/>
        </w:rPr>
        <w:t>ặ</w:t>
      </w:r>
      <w:r>
        <w:rPr>
          <w:i/>
          <w:sz w:val="22"/>
        </w:rPr>
        <w:t>c tính k</w:t>
      </w:r>
      <w:r>
        <w:rPr>
          <w:i/>
          <w:sz w:val="22"/>
        </w:rPr>
        <w:t>ỹ</w:t>
      </w:r>
      <w:r>
        <w:rPr>
          <w:i/>
          <w:sz w:val="22"/>
        </w:rPr>
        <w:t xml:space="preserve"> thu</w:t>
      </w:r>
      <w:r>
        <w:rPr>
          <w:i/>
          <w:sz w:val="22"/>
        </w:rPr>
        <w:t>ậ</w:t>
      </w:r>
      <w:r>
        <w:rPr>
          <w:i/>
          <w:sz w:val="22"/>
        </w:rPr>
        <w:t>t thi</w:t>
      </w:r>
      <w:r>
        <w:rPr>
          <w:i/>
          <w:sz w:val="22"/>
        </w:rPr>
        <w:t>ế</w:t>
      </w:r>
      <w:r>
        <w:rPr>
          <w:i/>
          <w:sz w:val="22"/>
        </w:rPr>
        <w:t>t b</w:t>
      </w:r>
      <w:r>
        <w:rPr>
          <w:i/>
          <w:sz w:val="22"/>
        </w:rPr>
        <w:t>ị</w:t>
      </w:r>
      <w:r>
        <w:rPr>
          <w:i/>
          <w:sz w:val="22"/>
        </w:rPr>
        <w:t xml:space="preserve"> đư</w:t>
      </w:r>
      <w:r>
        <w:rPr>
          <w:i/>
          <w:sz w:val="22"/>
        </w:rPr>
        <w:t>ợ</w:t>
      </w:r>
      <w:r>
        <w:rPr>
          <w:i/>
          <w:sz w:val="22"/>
        </w:rPr>
        <w:t>c nhà s</w:t>
      </w:r>
      <w:r>
        <w:rPr>
          <w:i/>
          <w:sz w:val="22"/>
        </w:rPr>
        <w:t>ả</w:t>
      </w:r>
      <w:r>
        <w:rPr>
          <w:i/>
          <w:sz w:val="22"/>
        </w:rPr>
        <w:t>n xu</w:t>
      </w:r>
      <w:r>
        <w:rPr>
          <w:i/>
          <w:sz w:val="22"/>
        </w:rPr>
        <w:t>ấ</w:t>
      </w:r>
      <w:r>
        <w:rPr>
          <w:i/>
          <w:sz w:val="22"/>
        </w:rPr>
        <w:t>t cung c</w:t>
      </w:r>
      <w:r>
        <w:rPr>
          <w:i/>
          <w:sz w:val="22"/>
        </w:rPr>
        <w:t>ấ</w:t>
      </w:r>
      <w:r>
        <w:rPr>
          <w:i/>
          <w:sz w:val="22"/>
        </w:rPr>
        <w:t>p cho ngư</w:t>
      </w:r>
      <w:r>
        <w:rPr>
          <w:i/>
          <w:sz w:val="22"/>
        </w:rPr>
        <w:t>ờ</w:t>
      </w:r>
      <w:r>
        <w:rPr>
          <w:i/>
          <w:sz w:val="22"/>
        </w:rPr>
        <w:t>i mua:</w:t>
      </w:r>
    </w:p>
    <w:p w14:paraId="05BC8228" w14:textId="77777777" w:rsidR="00D23172" w:rsidRDefault="00BE4B1B">
      <w:pPr>
        <w:spacing w:before="40" w:after="120"/>
        <w:jc w:val="both"/>
      </w:pPr>
      <w:r>
        <w:rPr>
          <w:b/>
        </w:rPr>
        <w:t>1. 01 máy may ngang t</w:t>
      </w:r>
      <w:r>
        <w:rPr>
          <w:b/>
        </w:rPr>
        <w:t>ự</w:t>
      </w:r>
      <w:r>
        <w:rPr>
          <w:b/>
        </w:rPr>
        <w:t xml:space="preserve"> đ</w:t>
      </w:r>
      <w:r>
        <w:rPr>
          <w:b/>
        </w:rPr>
        <w:t>ộ</w:t>
      </w:r>
      <w:r>
        <w:rPr>
          <w:b/>
        </w:rPr>
        <w:t>ng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3168"/>
        <w:gridCol w:w="2592"/>
        <w:gridCol w:w="3024"/>
      </w:tblGrid>
      <w:tr w:rsidR="00D23172" w14:paraId="3EE44536" w14:textId="77777777">
        <w:trPr>
          <w:jc w:val="center"/>
        </w:trPr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D9FEAA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STT</w:t>
            </w:r>
          </w:p>
        </w:tc>
        <w:tc>
          <w:tcPr>
            <w:tcW w:w="31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B9A32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NG M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</w:p>
        </w:tc>
        <w:tc>
          <w:tcPr>
            <w:tcW w:w="25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275339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YÊU C</w:t>
            </w:r>
            <w:r>
              <w:rPr>
                <w:b/>
                <w:sz w:val="20"/>
              </w:rPr>
              <w:t>Ầ</w:t>
            </w:r>
            <w:r>
              <w:rPr>
                <w:b/>
                <w:sz w:val="20"/>
              </w:rPr>
              <w:t>U K</w:t>
            </w:r>
            <w:r>
              <w:rPr>
                <w:b/>
                <w:sz w:val="20"/>
              </w:rPr>
              <w:t>Ỹ</w:t>
            </w:r>
            <w:r>
              <w:rPr>
                <w:b/>
                <w:sz w:val="20"/>
              </w:rPr>
              <w:t xml:space="preserve"> THU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T</w:t>
            </w:r>
          </w:p>
        </w:tc>
        <w:tc>
          <w:tcPr>
            <w:tcW w:w="30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B06A21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 KI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N NGHI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M THU</w:t>
            </w:r>
          </w:p>
        </w:tc>
      </w:tr>
      <w:tr w:rsidR="00D23172" w14:paraId="5E47656A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FFE8F" w14:textId="77777777" w:rsidR="00D23172" w:rsidRDefault="00D23172"/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159AE6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0"/>
              </w:rPr>
              <w:t>Model</w:t>
            </w:r>
          </w:p>
        </w:tc>
        <w:tc>
          <w:tcPr>
            <w:tcW w:w="5616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E4596D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0"/>
              </w:rPr>
              <w:t>HT-620</w:t>
            </w:r>
          </w:p>
        </w:tc>
      </w:tr>
      <w:tr w:rsidR="00D23172" w14:paraId="6CE7133D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0A83E6" w14:textId="77777777" w:rsidR="00D23172" w:rsidRDefault="00D23172"/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2FA13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0"/>
              </w:rPr>
              <w:t>Năm s</w:t>
            </w:r>
            <w:r>
              <w:rPr>
                <w:b/>
                <w:sz w:val="20"/>
              </w:rPr>
              <w:t>ả</w:t>
            </w:r>
            <w:r>
              <w:rPr>
                <w:b/>
                <w:sz w:val="20"/>
              </w:rPr>
              <w:t>n xu</w:t>
            </w:r>
            <w:r>
              <w:rPr>
                <w:b/>
                <w:sz w:val="20"/>
              </w:rPr>
              <w:t>ấ</w:t>
            </w:r>
            <w:r>
              <w:rPr>
                <w:b/>
                <w:sz w:val="20"/>
              </w:rPr>
              <w:t>t</w:t>
            </w:r>
          </w:p>
        </w:tc>
        <w:tc>
          <w:tcPr>
            <w:tcW w:w="5616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F09DEB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0"/>
              </w:rPr>
              <w:t>2026</w:t>
            </w:r>
          </w:p>
        </w:tc>
      </w:tr>
      <w:tr w:rsidR="00D23172" w14:paraId="7C277B3A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DA0750" w14:textId="77777777" w:rsidR="00D23172" w:rsidRDefault="00D23172"/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578785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lư</w:t>
            </w:r>
            <w:r>
              <w:rPr>
                <w:b/>
                <w:sz w:val="20"/>
              </w:rPr>
              <w:t>ợ</w:t>
            </w:r>
            <w:r>
              <w:rPr>
                <w:b/>
                <w:sz w:val="20"/>
              </w:rPr>
              <w:t>ng máy</w:t>
            </w:r>
          </w:p>
        </w:tc>
        <w:tc>
          <w:tcPr>
            <w:tcW w:w="5616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6ABBE" w14:textId="77777777" w:rsidR="00D23172" w:rsidRDefault="00BE4B1B">
            <w:pPr>
              <w:spacing w:before="40" w:after="40"/>
              <w:jc w:val="center"/>
            </w:pPr>
            <w:r>
              <w:rPr>
                <w:b/>
                <w:sz w:val="20"/>
              </w:rPr>
              <w:t>01</w:t>
            </w:r>
          </w:p>
        </w:tc>
      </w:tr>
      <w:tr w:rsidR="00D23172" w14:paraId="120B8C76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AF63DF" w14:textId="77777777" w:rsidR="00D23172" w:rsidRDefault="00BE4B1B">
            <w:pPr>
              <w:jc w:val="center"/>
            </w:pPr>
            <w:r>
              <w:rPr>
                <w:b/>
                <w:sz w:val="20"/>
              </w:rPr>
              <w:t>A</w:t>
            </w:r>
          </w:p>
        </w:tc>
        <w:tc>
          <w:tcPr>
            <w:tcW w:w="8784" w:type="dxa"/>
            <w:gridSpan w:val="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728F9" w14:textId="77777777" w:rsidR="00D23172" w:rsidRDefault="00BE4B1B">
            <w:pPr>
              <w:spacing w:before="40" w:after="40"/>
            </w:pPr>
            <w:r>
              <w:rPr>
                <w:b/>
                <w:sz w:val="20"/>
              </w:rPr>
              <w:t>Yêu c</w:t>
            </w:r>
            <w:r>
              <w:rPr>
                <w:b/>
                <w:sz w:val="20"/>
              </w:rPr>
              <w:t>ầ</w:t>
            </w:r>
            <w:r>
              <w:rPr>
                <w:b/>
                <w:sz w:val="20"/>
              </w:rPr>
              <w:t>u chung</w:t>
            </w:r>
          </w:p>
        </w:tc>
      </w:tr>
      <w:tr w:rsidR="00D23172" w14:paraId="530DD99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184097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2C3C3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ph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m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CE0B0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D49968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May đư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c khăn có vi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l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n, dày, c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ng, khăn th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t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m.</w:t>
            </w:r>
          </w:p>
        </w:tc>
      </w:tr>
      <w:tr w:rsidR="00D23172" w14:paraId="3A82FBE8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6223AA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FF2379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 xml:space="preserve"> may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00B651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5F27B5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20/2, 20/3, 40/2, 50/3 s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 bông (Cotton)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s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ng 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(PE).</w:t>
            </w:r>
          </w:p>
        </w:tc>
      </w:tr>
      <w:tr w:rsidR="00D23172" w14:paraId="36AE3A4B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6D31D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DDF10C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Tr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ng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 khăn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7560AE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0ACEDA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230g-855g/m²</w:t>
            </w:r>
          </w:p>
        </w:tc>
      </w:tr>
      <w:tr w:rsidR="00D23172" w14:paraId="1A2EA26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FF1275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73E9B8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Kích thư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ngang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khăn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DA222A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D9BCB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Ph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may đư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c khăn có kích thư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280mm-610mm.</w:t>
            </w:r>
          </w:p>
        </w:tc>
      </w:tr>
      <w:tr w:rsidR="00D23172" w14:paraId="6D0DC2A8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17F85F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01087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Kích thư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d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c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khăn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6F7D7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7EC30D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Ph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may đư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c khăn có kích thư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300mm-1280mm.</w:t>
            </w:r>
          </w:p>
        </w:tc>
      </w:tr>
      <w:tr w:rsidR="00D23172" w14:paraId="014E966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18777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6B161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M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mũi may (bư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mũi)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2FA536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E1F3B1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1.8-6 mũi/cm</w:t>
            </w:r>
          </w:p>
        </w:tc>
      </w:tr>
      <w:tr w:rsidR="00D23172" w14:paraId="6B64227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EDDE97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811E86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r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biên khăn sau may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CCD8C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E67003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10mm-25mm (các ki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u g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mép)</w:t>
            </w:r>
          </w:p>
        </w:tc>
      </w:tr>
      <w:tr w:rsidR="00D23172" w14:paraId="30238F9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8B2756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1150A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dài d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t trơn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0F1C8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854A1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74mm-164mm</w:t>
            </w:r>
          </w:p>
        </w:tc>
      </w:tr>
      <w:tr w:rsidR="00D23172" w14:paraId="3BF5B54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475071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E5E3AE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dài và bư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mũi may lùi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C61E1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23BC24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- 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dài mũi: 1-10mm</w:t>
            </w:r>
            <w:r>
              <w:rPr>
                <w:sz w:val="20"/>
              </w:rPr>
              <w:br/>
              <w:t>- Bư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mũi: 1-5mm/mũi</w:t>
            </w:r>
          </w:p>
        </w:tc>
      </w:tr>
      <w:tr w:rsidR="00D23172" w14:paraId="121DCEB5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741F9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EAD29C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Lưu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 khí tiêu th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 đa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9E8CC1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8A9909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400 Lít/phút (áp su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t 5.5 kg/cm²)</w:t>
            </w:r>
          </w:p>
        </w:tc>
      </w:tr>
      <w:tr w:rsidR="00D23172" w14:paraId="0411C6B3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8FA077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BBD3C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6795FD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F1FA07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2 b</w:t>
            </w:r>
            <w:r>
              <w:rPr>
                <w:sz w:val="20"/>
              </w:rPr>
              <w:t>ộ</w:t>
            </w:r>
          </w:p>
        </w:tc>
      </w:tr>
      <w:tr w:rsidR="00D23172" w14:paraId="5E138AD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06093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85ACEF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 g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483C3E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3BF42E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1 nhãn m</w:t>
            </w:r>
            <w:r>
              <w:rPr>
                <w:sz w:val="20"/>
              </w:rPr>
              <w:t>ỗ</w:t>
            </w:r>
            <w:r>
              <w:rPr>
                <w:sz w:val="20"/>
              </w:rPr>
              <w:t>i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khăn</w:t>
            </w:r>
          </w:p>
        </w:tc>
      </w:tr>
      <w:tr w:rsidR="00D23172" w14:paraId="280D3093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C30765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FF6FA2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Quy cách g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6A4756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3F6B88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G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 xml:space="preserve">n 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 xml:space="preserve">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khăn: nhãn th</w:t>
            </w:r>
            <w:r>
              <w:rPr>
                <w:sz w:val="20"/>
              </w:rPr>
              <w:t>ẳ</w:t>
            </w:r>
            <w:r>
              <w:rPr>
                <w:sz w:val="20"/>
              </w:rPr>
              <w:t>ng, vòng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bên trái ho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ng 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không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l</w:t>
            </w:r>
            <w:r>
              <w:rPr>
                <w:sz w:val="20"/>
              </w:rPr>
              <w:t>ỗ</w:t>
            </w:r>
            <w:r>
              <w:rPr>
                <w:sz w:val="20"/>
              </w:rPr>
              <w:t>i.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Nhãn treo g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 bên ph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ho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ng 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không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l</w:t>
            </w:r>
            <w:r>
              <w:rPr>
                <w:sz w:val="20"/>
              </w:rPr>
              <w:t>ỗ</w:t>
            </w:r>
            <w:r>
              <w:rPr>
                <w:sz w:val="20"/>
              </w:rPr>
              <w:t>i.</w:t>
            </w:r>
          </w:p>
        </w:tc>
      </w:tr>
      <w:tr w:rsidR="00D23172" w14:paraId="34403ED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0D4E19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79CEA1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Cơ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u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8BD26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7D194C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D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ng cu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</w:t>
            </w:r>
          </w:p>
        </w:tc>
      </w:tr>
      <w:tr w:rsidR="00D23172" w14:paraId="1DF643F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B6B956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F0D0D0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nhãn và kích thư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879AB9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778E9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Nhãn treo:</w:t>
            </w:r>
            <w:r>
              <w:rPr>
                <w:sz w:val="20"/>
              </w:rPr>
              <w:br/>
              <w:t>- 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r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ng: 10-20mm</w:t>
            </w:r>
            <w:r>
              <w:rPr>
                <w:sz w:val="20"/>
              </w:rPr>
              <w:br/>
              <w:t>- 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dài: 100-140mm</w:t>
            </w:r>
            <w:r>
              <w:rPr>
                <w:sz w:val="20"/>
              </w:rPr>
              <w:br/>
              <w:t>Hai nhãn ph</w:t>
            </w:r>
            <w:r>
              <w:rPr>
                <w:sz w:val="20"/>
              </w:rPr>
              <w:t>ẳ</w:t>
            </w:r>
            <w:r>
              <w:rPr>
                <w:sz w:val="20"/>
              </w:rPr>
              <w:t>ng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ch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ng lên nhau.</w:t>
            </w:r>
          </w:p>
        </w:tc>
      </w:tr>
      <w:tr w:rsidR="00D23172" w14:paraId="64032D65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9ADD03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1D73FC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c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máy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777B8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89A46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Năng su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t 500 cái/gi</w:t>
            </w:r>
            <w:r>
              <w:rPr>
                <w:sz w:val="20"/>
              </w:rPr>
              <w:t>ờ</w:t>
            </w:r>
          </w:p>
        </w:tc>
      </w:tr>
      <w:tr w:rsidR="00D23172" w14:paraId="7B823CA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15DD8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A25BA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dài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760685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E4EDC4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Nhãn th</w:t>
            </w:r>
            <w:r>
              <w:rPr>
                <w:sz w:val="20"/>
              </w:rPr>
              <w:t>ẳ</w:t>
            </w:r>
            <w:r>
              <w:rPr>
                <w:sz w:val="20"/>
              </w:rPr>
              <w:t>ng: Dài 60mm-130mm; R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10mm-40mm</w:t>
            </w:r>
          </w:p>
        </w:tc>
      </w:tr>
      <w:tr w:rsidR="00D23172" w14:paraId="612FD10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5F0686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lastRenderedPageBreak/>
              <w:t>18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A33BF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r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F003E7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D25C68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10mm-40mm</w:t>
            </w:r>
          </w:p>
        </w:tc>
      </w:tr>
      <w:tr w:rsidR="00D23172" w14:paraId="4424A9B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3E6AC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650D22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Đư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 phát 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nhãn (c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bi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nhãn)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5911E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D0C7B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Đư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v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nhãn ho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2mm</w:t>
            </w:r>
          </w:p>
        </w:tc>
      </w:tr>
      <w:tr w:rsidR="00D23172" w14:paraId="38C1957A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8ED16D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5328A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dài t</w:t>
            </w:r>
            <w:r>
              <w:rPr>
                <w:sz w:val="20"/>
              </w:rPr>
              <w:t>ừ</w:t>
            </w:r>
            <w:r>
              <w:rPr>
                <w:sz w:val="20"/>
              </w:rPr>
              <w:t>ng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70C036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A96A2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Nhãn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p: Dài 30mm-130mm; R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10mm-40mm</w:t>
            </w:r>
          </w:p>
        </w:tc>
      </w:tr>
      <w:tr w:rsidR="00D23172" w14:paraId="79DE892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902DE0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CF24C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Chi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r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t</w:t>
            </w:r>
            <w:r>
              <w:rPr>
                <w:sz w:val="20"/>
              </w:rPr>
              <w:t>ừ</w:t>
            </w:r>
            <w:r>
              <w:rPr>
                <w:sz w:val="20"/>
              </w:rPr>
              <w:t>ng nhãn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81444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9E598E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10mm-40mm</w:t>
            </w:r>
          </w:p>
        </w:tc>
      </w:tr>
      <w:tr w:rsidR="00D23172" w14:paraId="78282218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40A503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074A11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máy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1502E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5DE507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Nhà cung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ghi tên thương 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u: HENGTAI</w:t>
            </w:r>
          </w:p>
        </w:tc>
      </w:tr>
      <w:tr w:rsidR="00D23172" w14:paraId="46AD428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0E9C8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056942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Quy cách thi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b</w:t>
            </w:r>
            <w:r>
              <w:rPr>
                <w:sz w:val="20"/>
              </w:rPr>
              <w:t>ị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3ED62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68B5D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Nêu rõ</w:t>
            </w:r>
          </w:p>
        </w:tc>
      </w:tr>
      <w:tr w:rsidR="00D23172" w14:paraId="218285B6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F1E45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99315B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áp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07464D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20D46F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1 pha, 220V, 50Hz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60Hz</w:t>
            </w:r>
          </w:p>
        </w:tc>
      </w:tr>
      <w:tr w:rsidR="00D23172" w14:paraId="6D66CAF6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50535D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ACBC2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Màn hình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khi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 hi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 th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(Màn hình c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 xml:space="preserve">m 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ng)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87BB6E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E184A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>nh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khăn hai bên trái ph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b</w:t>
            </w:r>
            <w:r>
              <w:rPr>
                <w:sz w:val="20"/>
              </w:rPr>
              <w:t>ằ</w:t>
            </w:r>
            <w:r>
              <w:rPr>
                <w:sz w:val="20"/>
              </w:rPr>
              <w:t>ng t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 xml:space="preserve">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trên màn hình c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 xml:space="preserve">m 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ng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khi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n.</w:t>
            </w:r>
          </w:p>
        </w:tc>
      </w:tr>
      <w:tr w:rsidR="00D23172" w14:paraId="6EA7538B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54352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44F51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cơ servo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3CEEA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59D7B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ng: 6 cái/b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tương đương</w:t>
            </w:r>
          </w:p>
        </w:tc>
      </w:tr>
      <w:tr w:rsidR="00D23172" w14:paraId="434A34B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3CEFDD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CAA835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cơ bư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c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3D891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B7E7F3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ng: 5 cái/máy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tương đương</w:t>
            </w:r>
          </w:p>
        </w:tc>
      </w:tr>
      <w:tr w:rsidR="00D23172" w14:paraId="0B41C46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D5FA06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576F7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Xi lanh (khí nén)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1EA2D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519159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ng: 58 cái/máy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tương đương</w:t>
            </w:r>
          </w:p>
        </w:tc>
      </w:tr>
      <w:tr w:rsidR="00D23172" w14:paraId="67FE587D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73D76" w14:textId="77777777" w:rsidR="00D23172" w:rsidRDefault="00BE4B1B">
            <w:pPr>
              <w:spacing w:before="40" w:after="40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316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9DC69D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tùng d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 xml:space="preserve"> tr</w:t>
            </w:r>
            <w:r>
              <w:rPr>
                <w:sz w:val="20"/>
              </w:rPr>
              <w:t>ữ</w:t>
            </w:r>
          </w:p>
        </w:tc>
        <w:tc>
          <w:tcPr>
            <w:tcW w:w="25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93A7F" w14:textId="77777777" w:rsidR="00D23172" w:rsidRDefault="00D23172">
            <w:pPr>
              <w:spacing w:before="40" w:after="40"/>
            </w:pPr>
          </w:p>
        </w:tc>
        <w:tc>
          <w:tcPr>
            <w:tcW w:w="302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5DC3A" w14:textId="77777777" w:rsidR="00D23172" w:rsidRDefault="00BE4B1B">
            <w:pPr>
              <w:spacing w:before="40" w:after="40" w:line="252" w:lineRule="auto"/>
            </w:pPr>
            <w:r>
              <w:rPr>
                <w:sz w:val="20"/>
              </w:rPr>
              <w:t>Có (kèm theo danh m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 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 tư 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tùng chi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t)</w:t>
            </w:r>
          </w:p>
        </w:tc>
      </w:tr>
    </w:tbl>
    <w:p w14:paraId="23958ED3" w14:textId="77777777" w:rsidR="00D23172" w:rsidRDefault="00D23172">
      <w:pPr>
        <w:spacing w:before="120" w:after="120"/>
        <w:jc w:val="both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6048"/>
        <w:gridCol w:w="1152"/>
        <w:gridCol w:w="1584"/>
      </w:tblGrid>
      <w:tr w:rsidR="00D23172" w14:paraId="546E364A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94FF35" w14:textId="77777777" w:rsidR="00D23172" w:rsidRDefault="00BE4B1B">
            <w:pPr>
              <w:jc w:val="center"/>
            </w:pPr>
            <w:r>
              <w:rPr>
                <w:b/>
                <w:sz w:val="20"/>
              </w:rPr>
              <w:t>STT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F63D4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B. DANH SÁCH V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T TƯ KÈM THEO MÁY (PH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 xml:space="preserve"> TÙNG KÈM THEO)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75921D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ĐVT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730AB3" w14:textId="77777777" w:rsidR="00D23172" w:rsidRDefault="00BE4B1B">
            <w:pPr>
              <w:spacing w:before="60" w:after="60"/>
              <w:jc w:val="center"/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LƯ</w:t>
            </w:r>
            <w:r>
              <w:rPr>
                <w:b/>
                <w:sz w:val="20"/>
              </w:rPr>
              <w:t>Ợ</w:t>
            </w:r>
            <w:r>
              <w:rPr>
                <w:b/>
                <w:sz w:val="20"/>
              </w:rPr>
              <w:t>NG</w:t>
            </w:r>
          </w:p>
        </w:tc>
      </w:tr>
      <w:tr w:rsidR="00D23172" w14:paraId="3F44473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596BE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14B30A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ch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 con lăn 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(B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ch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 combo lư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t)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25736D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CA12EA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7EC453E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CE944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D98D7" w14:textId="77777777" w:rsidR="00D23172" w:rsidRDefault="00BE4B1B">
            <w:r>
              <w:rPr>
                <w:sz w:val="20"/>
              </w:rPr>
              <w:t>Xi lanh khí nén 16×25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1D405B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AAB23" w14:textId="77777777" w:rsidR="00D23172" w:rsidRDefault="00BE4B1B">
            <w:pPr>
              <w:jc w:val="center"/>
            </w:pPr>
            <w:r>
              <w:rPr>
                <w:sz w:val="20"/>
              </w:rPr>
              <w:t>3</w:t>
            </w:r>
          </w:p>
        </w:tc>
      </w:tr>
      <w:tr w:rsidR="00D23172" w14:paraId="133F9DAD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D2A372" w14:textId="77777777" w:rsidR="00D23172" w:rsidRDefault="00BE4B1B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D53BFB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kích áp khí nén (B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kích gió)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AF7C8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B08733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3836DC9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90A9C7" w14:textId="77777777" w:rsidR="00D23172" w:rsidRDefault="00BE4B1B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CDE60C" w14:textId="77777777" w:rsidR="00D23172" w:rsidRDefault="00BE4B1B">
            <w:r>
              <w:rPr>
                <w:sz w:val="20"/>
              </w:rPr>
              <w:t>Lò xo bàn ép trư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t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F4162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7C4384" w14:textId="77777777" w:rsidR="00D23172" w:rsidRDefault="00BE4B1B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D23172" w14:paraId="15BD181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A860C" w14:textId="77777777" w:rsidR="00D23172" w:rsidRDefault="00BE4B1B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B53C5F" w14:textId="77777777" w:rsidR="00D23172" w:rsidRDefault="00BE4B1B">
            <w:r>
              <w:rPr>
                <w:sz w:val="20"/>
              </w:rPr>
              <w:t>Linh 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g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 nhãn treo (g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m 2 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dao l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 nhãn, 1 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k</w:t>
            </w:r>
            <w:r>
              <w:rPr>
                <w:sz w:val="20"/>
              </w:rPr>
              <w:t>ẹ</w:t>
            </w:r>
            <w:r>
              <w:rPr>
                <w:sz w:val="20"/>
              </w:rPr>
              <w:t>p trên dư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D9E354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F2C6AF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68B6FB86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530A26" w14:textId="77777777" w:rsidR="00D23172" w:rsidRDefault="00BE4B1B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B8FFB7" w14:textId="77777777" w:rsidR="00D23172" w:rsidRDefault="00BE4B1B">
            <w:r>
              <w:rPr>
                <w:sz w:val="20"/>
              </w:rPr>
              <w:t>Bánh răng 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m nhãn treo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36D3E4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6BA573" w14:textId="77777777" w:rsidR="00D23172" w:rsidRDefault="00BE4B1B">
            <w:pPr>
              <w:jc w:val="center"/>
            </w:pPr>
            <w:r>
              <w:rPr>
                <w:sz w:val="20"/>
              </w:rPr>
              <w:t>3</w:t>
            </w:r>
          </w:p>
        </w:tc>
      </w:tr>
      <w:tr w:rsidR="00D23172" w14:paraId="79EE6F1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C4036" w14:textId="77777777" w:rsidR="00D23172" w:rsidRDefault="00BE4B1B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982D1C" w14:textId="77777777" w:rsidR="00D23172" w:rsidRDefault="00BE4B1B">
            <w:r>
              <w:rPr>
                <w:sz w:val="20"/>
              </w:rPr>
              <w:t>C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t tr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 bàn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khăn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76EAD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DC514" w14:textId="77777777" w:rsidR="00D23172" w:rsidRDefault="00BE4B1B">
            <w:pPr>
              <w:jc w:val="center"/>
            </w:pPr>
            <w:r>
              <w:rPr>
                <w:sz w:val="20"/>
              </w:rPr>
              <w:t>4</w:t>
            </w:r>
          </w:p>
        </w:tc>
      </w:tr>
      <w:tr w:rsidR="00D23172" w14:paraId="4469D6E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9F6D1" w14:textId="77777777" w:rsidR="00D23172" w:rsidRDefault="00BE4B1B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E81D3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 xml:space="preserve"> đ</w:t>
            </w:r>
            <w:r>
              <w:rPr>
                <w:sz w:val="20"/>
              </w:rPr>
              <w:t>ỡ</w:t>
            </w:r>
            <w:r>
              <w:rPr>
                <w:sz w:val="20"/>
              </w:rPr>
              <w:t xml:space="preserve"> xi lanh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khăn (bên trong và bên ngoài)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F74396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E8935B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55F9A21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67769A" w14:textId="77777777" w:rsidR="00D23172" w:rsidRDefault="00BE4B1B">
            <w:pPr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DBB60" w14:textId="77777777" w:rsidR="00D23172" w:rsidRDefault="00BE4B1B">
            <w:r>
              <w:rPr>
                <w:sz w:val="20"/>
              </w:rPr>
              <w:t>N</w:t>
            </w:r>
            <w:r>
              <w:rPr>
                <w:sz w:val="20"/>
              </w:rPr>
              <w:t>ẹ</w:t>
            </w:r>
            <w:r>
              <w:rPr>
                <w:sz w:val="20"/>
              </w:rPr>
              <w:t>p dán bàn ép khăn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A2C03" w14:textId="77777777" w:rsidR="00D23172" w:rsidRDefault="00BE4B1B">
            <w:pPr>
              <w:jc w:val="center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75CA3" w14:textId="77777777" w:rsidR="00D23172" w:rsidRDefault="00BE4B1B">
            <w:pPr>
              <w:jc w:val="center"/>
            </w:pPr>
            <w:r>
              <w:rPr>
                <w:sz w:val="20"/>
              </w:rPr>
              <w:t>40</w:t>
            </w:r>
          </w:p>
        </w:tc>
      </w:tr>
      <w:tr w:rsidR="00D23172" w14:paraId="2C41F03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D4EFC" w14:textId="77777777" w:rsidR="00D23172" w:rsidRDefault="00BE4B1B">
            <w:pPr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BFD94" w14:textId="77777777" w:rsidR="00D23172" w:rsidRDefault="00BE4B1B">
            <w:r>
              <w:rPr>
                <w:sz w:val="20"/>
              </w:rPr>
              <w:t>Bàn ép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1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1BDD0C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FBFDBD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12AC1EF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A82193" w14:textId="77777777" w:rsidR="00D23172" w:rsidRDefault="00BE4B1B">
            <w:pPr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CF0D2" w14:textId="77777777" w:rsidR="00D23172" w:rsidRDefault="00BE4B1B">
            <w:r>
              <w:rPr>
                <w:sz w:val="20"/>
              </w:rPr>
              <w:t>C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t tr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 n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 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m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s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2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4FA233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0E464F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79998E1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DA507" w14:textId="77777777" w:rsidR="00D23172" w:rsidRDefault="00BE4B1B">
            <w:pPr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0E492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linh 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>nh bàn ch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D8596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2AAF72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646C9265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ECF4DB" w14:textId="77777777" w:rsidR="00D23172" w:rsidRDefault="00BE4B1B">
            <w:pPr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A29A3" w14:textId="77777777" w:rsidR="00D23172" w:rsidRDefault="00BE4B1B">
            <w:r>
              <w:rPr>
                <w:sz w:val="20"/>
              </w:rPr>
              <w:t>C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t tr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 bàn 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 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ng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C0EE9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4B911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7286597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392900" w14:textId="77777777" w:rsidR="00D23172" w:rsidRDefault="00BE4B1B">
            <w:pPr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E6A597" w14:textId="77777777" w:rsidR="00D23172" w:rsidRDefault="00BE4B1B">
            <w:r>
              <w:rPr>
                <w:sz w:val="20"/>
              </w:rPr>
              <w:t>Răng k</w:t>
            </w:r>
            <w:r>
              <w:rPr>
                <w:sz w:val="20"/>
              </w:rPr>
              <w:t>ẹ</w:t>
            </w:r>
            <w:r>
              <w:rPr>
                <w:sz w:val="20"/>
              </w:rPr>
              <w:t>p kéo khăn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6B5B5D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9CB988" w14:textId="77777777" w:rsidR="00D23172" w:rsidRDefault="00BE4B1B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D23172" w14:paraId="753B502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2319E0" w14:textId="77777777" w:rsidR="00D23172" w:rsidRDefault="00BE4B1B">
            <w:pPr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A472BB" w14:textId="77777777" w:rsidR="00D23172" w:rsidRDefault="00BE4B1B">
            <w:r>
              <w:rPr>
                <w:sz w:val="20"/>
              </w:rPr>
              <w:t>Kh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p n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 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m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D226EF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C5EBD" w14:textId="77777777" w:rsidR="00D23172" w:rsidRDefault="00BE4B1B">
            <w:pPr>
              <w:jc w:val="center"/>
            </w:pPr>
            <w:r>
              <w:rPr>
                <w:sz w:val="20"/>
              </w:rPr>
              <w:t>4</w:t>
            </w:r>
          </w:p>
        </w:tc>
      </w:tr>
      <w:tr w:rsidR="00D23172" w14:paraId="360DF58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FAE2D" w14:textId="77777777" w:rsidR="00D23172" w:rsidRDefault="00BE4B1B">
            <w:pPr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4A00D6" w14:textId="77777777" w:rsidR="00D23172" w:rsidRDefault="00BE4B1B">
            <w:r>
              <w:rPr>
                <w:sz w:val="20"/>
              </w:rPr>
              <w:t>Pát g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 giá đ</w:t>
            </w:r>
            <w:r>
              <w:rPr>
                <w:sz w:val="20"/>
              </w:rPr>
              <w:t>ỡ</w:t>
            </w:r>
            <w:r>
              <w:rPr>
                <w:sz w:val="20"/>
              </w:rPr>
              <w:t xml:space="preserve"> nhãn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0F01C3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35E85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617C6CD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FF987" w14:textId="77777777" w:rsidR="00D23172" w:rsidRDefault="00BE4B1B">
            <w:pPr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49B91" w14:textId="77777777" w:rsidR="00D23172" w:rsidRDefault="00BE4B1B">
            <w:r>
              <w:rPr>
                <w:sz w:val="20"/>
              </w:rPr>
              <w:t>C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t tr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 bàn ch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B0D641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84783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1F5ED7A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695949" w14:textId="77777777" w:rsidR="00D23172" w:rsidRDefault="00BE4B1B">
            <w:pPr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934127" w14:textId="77777777" w:rsidR="00D23172" w:rsidRDefault="00BE4B1B">
            <w:r>
              <w:rPr>
                <w:sz w:val="20"/>
              </w:rPr>
              <w:t>K</w:t>
            </w:r>
            <w:r>
              <w:rPr>
                <w:sz w:val="20"/>
              </w:rPr>
              <w:t>ẹ</w:t>
            </w:r>
            <w:r>
              <w:rPr>
                <w:sz w:val="20"/>
              </w:rPr>
              <w:t>p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 xml:space="preserve"> nhãn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743EB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35648A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66D10DB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2F8A2" w14:textId="77777777" w:rsidR="00D23172" w:rsidRDefault="00BE4B1B">
            <w:pPr>
              <w:jc w:val="center"/>
            </w:pPr>
            <w:r>
              <w:rPr>
                <w:sz w:val="20"/>
              </w:rPr>
              <w:lastRenderedPageBreak/>
              <w:t>19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891AB7" w14:textId="77777777" w:rsidR="00D23172" w:rsidRDefault="00BE4B1B">
            <w:r>
              <w:rPr>
                <w:sz w:val="20"/>
              </w:rPr>
              <w:t>Núm v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>nh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D2E3B4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7648BB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74B834EA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071E62" w14:textId="77777777" w:rsidR="00D23172" w:rsidRDefault="00BE4B1B">
            <w:pPr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582B3" w14:textId="77777777" w:rsidR="00D23172" w:rsidRDefault="00BE4B1B">
            <w:r>
              <w:rPr>
                <w:sz w:val="20"/>
              </w:rPr>
              <w:t>Xi lanh khí nén bàn 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 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ng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13D27C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EC780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3328E489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2F6C8" w14:textId="77777777" w:rsidR="00D23172" w:rsidRDefault="00BE4B1B">
            <w:pPr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524794" w14:textId="77777777" w:rsidR="00D23172" w:rsidRDefault="00BE4B1B">
            <w:r>
              <w:rPr>
                <w:sz w:val="20"/>
              </w:rPr>
              <w:t>Lò xo bàn 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 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ng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0A1FA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A2C9EA" w14:textId="77777777" w:rsidR="00D23172" w:rsidRDefault="00BE4B1B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D23172" w14:paraId="3491E60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41D08" w14:textId="77777777" w:rsidR="00D23172" w:rsidRDefault="00BE4B1B">
            <w:pPr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A9DC3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 bàn 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 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ng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nh</w:t>
            </w:r>
            <w:r>
              <w:rPr>
                <w:sz w:val="20"/>
              </w:rPr>
              <w:t>ỏ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332439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16524" w14:textId="77777777" w:rsidR="00D23172" w:rsidRDefault="00BE4B1B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D23172" w14:paraId="1CA725F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26D1D" w14:textId="77777777" w:rsidR="00D23172" w:rsidRDefault="00BE4B1B">
            <w:pPr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0D1D2" w14:textId="77777777" w:rsidR="00D23172" w:rsidRDefault="00BE4B1B">
            <w:r>
              <w:rPr>
                <w:sz w:val="20"/>
              </w:rPr>
              <w:t>Kh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p n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 bàn 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 hư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ng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CE286C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1ADD8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75AF2164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6931AD" w14:textId="77777777" w:rsidR="00D23172" w:rsidRDefault="00BE4B1B">
            <w:pPr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3A0BA" w14:textId="77777777" w:rsidR="00D23172" w:rsidRDefault="00BE4B1B">
            <w:r>
              <w:rPr>
                <w:sz w:val="20"/>
              </w:rPr>
              <w:t>Bàn ch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tâm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a khăn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9C21B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786B0A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04DFF9F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A0F376" w14:textId="77777777" w:rsidR="00D23172" w:rsidRDefault="00BE4B1B">
            <w:pPr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8D2B3" w14:textId="77777777" w:rsidR="00D23172" w:rsidRDefault="00BE4B1B">
            <w:r>
              <w:rPr>
                <w:sz w:val="20"/>
              </w:rPr>
              <w:t>Mi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 vuông (2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A81F41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3CEC4" w14:textId="77777777" w:rsidR="00D23172" w:rsidRDefault="00BE4B1B">
            <w:pPr>
              <w:jc w:val="center"/>
            </w:pPr>
            <w:r>
              <w:rPr>
                <w:sz w:val="20"/>
              </w:rPr>
              <w:t>8</w:t>
            </w:r>
          </w:p>
        </w:tc>
      </w:tr>
      <w:tr w:rsidR="00D23172" w14:paraId="78136559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862F03" w14:textId="77777777" w:rsidR="00D23172" w:rsidRDefault="00BE4B1B">
            <w:pPr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C6403B" w14:textId="77777777" w:rsidR="00D23172" w:rsidRDefault="00BE4B1B">
            <w:r>
              <w:rPr>
                <w:sz w:val="20"/>
              </w:rPr>
              <w:t>Ố</w:t>
            </w:r>
            <w:r>
              <w:rPr>
                <w:sz w:val="20"/>
              </w:rPr>
              <w:t>c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b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c cao su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9B15D6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19D10" w14:textId="77777777" w:rsidR="00D23172" w:rsidRDefault="00BE4B1B">
            <w:pPr>
              <w:jc w:val="center"/>
            </w:pPr>
            <w:r>
              <w:rPr>
                <w:sz w:val="20"/>
              </w:rPr>
              <w:t>4</w:t>
            </w:r>
          </w:p>
        </w:tc>
      </w:tr>
      <w:tr w:rsidR="00D23172" w14:paraId="4D5D44FB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23EED0" w14:textId="77777777" w:rsidR="00D23172" w:rsidRDefault="00BE4B1B">
            <w:pPr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8D4F32" w14:textId="77777777" w:rsidR="00D23172" w:rsidRDefault="00BE4B1B">
            <w:r>
              <w:rPr>
                <w:sz w:val="20"/>
              </w:rPr>
              <w:t>Lò xo dao c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 nhãn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3FC64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967041" w14:textId="77777777" w:rsidR="00D23172" w:rsidRDefault="00BE4B1B">
            <w:pPr>
              <w:jc w:val="center"/>
            </w:pPr>
            <w:r>
              <w:rPr>
                <w:sz w:val="20"/>
              </w:rPr>
              <w:t>5</w:t>
            </w:r>
          </w:p>
        </w:tc>
      </w:tr>
      <w:tr w:rsidR="00D23172" w14:paraId="2CD9AB7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C2315" w14:textId="77777777" w:rsidR="00D23172" w:rsidRDefault="00BE4B1B">
            <w:pPr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AA48F" w14:textId="77777777" w:rsidR="00D23172" w:rsidRDefault="00BE4B1B">
            <w:r>
              <w:rPr>
                <w:sz w:val="20"/>
              </w:rPr>
              <w:t>Lò xo bàn kéo khăn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7EA2D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F8D38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749B13BA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47D8D" w14:textId="77777777" w:rsidR="00D23172" w:rsidRDefault="00BE4B1B">
            <w:pPr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16B55" w14:textId="77777777" w:rsidR="00D23172" w:rsidRDefault="00BE4B1B">
            <w:r>
              <w:rPr>
                <w:sz w:val="20"/>
              </w:rPr>
              <w:t>Pát đ</w:t>
            </w:r>
            <w:r>
              <w:rPr>
                <w:sz w:val="20"/>
              </w:rPr>
              <w:t>ỡ</w:t>
            </w:r>
            <w:r>
              <w:rPr>
                <w:sz w:val="20"/>
              </w:rPr>
              <w:t xml:space="preserve"> xi lanh đ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y khăn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9F5EF0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0A0CD5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1666D523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50CA4A" w14:textId="77777777" w:rsidR="00D23172" w:rsidRDefault="00BE4B1B">
            <w:pPr>
              <w:jc w:val="center"/>
            </w:pPr>
            <w:r>
              <w:rPr>
                <w:sz w:val="20"/>
              </w:rPr>
              <w:t>30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D85AC" w14:textId="77777777" w:rsidR="00D23172" w:rsidRDefault="00BE4B1B">
            <w:r>
              <w:rPr>
                <w:sz w:val="20"/>
              </w:rPr>
              <w:t>Dây cáp c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bi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quang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xanh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DFD02" w14:textId="77777777" w:rsidR="00D23172" w:rsidRDefault="00BE4B1B">
            <w:pPr>
              <w:jc w:val="center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D03AA6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389A6FB9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B69AC" w14:textId="77777777" w:rsidR="00D23172" w:rsidRDefault="00BE4B1B">
            <w:pPr>
              <w:jc w:val="center"/>
            </w:pPr>
            <w:r>
              <w:rPr>
                <w:sz w:val="20"/>
              </w:rPr>
              <w:t>31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1A9AE" w14:textId="77777777" w:rsidR="00D23172" w:rsidRDefault="00BE4B1B">
            <w:r>
              <w:rPr>
                <w:sz w:val="20"/>
              </w:rPr>
              <w:t>Dây cáp c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bi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xi lanh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ch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37228D" w14:textId="77777777" w:rsidR="00D23172" w:rsidRDefault="00BE4B1B">
            <w:pPr>
              <w:jc w:val="center"/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353761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4AF78D3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BCE899" w14:textId="77777777" w:rsidR="00D23172" w:rsidRDefault="00BE4B1B">
            <w:pPr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33E7A2" w14:textId="77777777" w:rsidR="00D23172" w:rsidRDefault="00BE4B1B">
            <w:r>
              <w:rPr>
                <w:sz w:val="20"/>
              </w:rPr>
              <w:t>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cơ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nhãn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A1893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9DC0BA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60144DE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060C1" w14:textId="77777777" w:rsidR="00D23172" w:rsidRDefault="00BE4B1B">
            <w:pPr>
              <w:jc w:val="center"/>
            </w:pPr>
            <w:r>
              <w:rPr>
                <w:sz w:val="20"/>
              </w:rPr>
              <w:t>33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C7852" w14:textId="77777777" w:rsidR="00D23172" w:rsidRDefault="00BE4B1B">
            <w:r>
              <w:rPr>
                <w:sz w:val="20"/>
              </w:rPr>
              <w:t>H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p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khi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 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t</w:t>
            </w:r>
            <w:r>
              <w:rPr>
                <w:sz w:val="20"/>
              </w:rPr>
              <w:t>ử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0C212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021609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412B2F5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FC9F43" w14:textId="77777777" w:rsidR="00D23172" w:rsidRDefault="00BE4B1B">
            <w:pPr>
              <w:jc w:val="center"/>
            </w:pPr>
            <w:r>
              <w:rPr>
                <w:sz w:val="20"/>
              </w:rPr>
              <w:t>34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767DBE" w14:textId="77777777" w:rsidR="00D23172" w:rsidRDefault="00BE4B1B">
            <w:r>
              <w:rPr>
                <w:sz w:val="20"/>
              </w:rPr>
              <w:t>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m kéo dây đai truy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2C8E7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20874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13AB2987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51246" w14:textId="77777777" w:rsidR="00D23172" w:rsidRDefault="00BE4B1B">
            <w:pPr>
              <w:jc w:val="center"/>
            </w:pPr>
            <w:r>
              <w:rPr>
                <w:sz w:val="20"/>
              </w:rPr>
              <w:t>35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5ADB34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ph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 g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 nhãn khí nén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981037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B2DBE8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3EDCF345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64D625" w14:textId="77777777" w:rsidR="00D23172" w:rsidRDefault="00BE4B1B">
            <w:pPr>
              <w:jc w:val="center"/>
            </w:pPr>
            <w:r>
              <w:rPr>
                <w:sz w:val="20"/>
              </w:rPr>
              <w:t>36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80276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c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 xml:space="preserve">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mép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1 cm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034B78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733C4B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527BA388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D78CE" w14:textId="77777777" w:rsidR="00D23172" w:rsidRDefault="00BE4B1B">
            <w:pPr>
              <w:jc w:val="center"/>
            </w:pPr>
            <w:r>
              <w:rPr>
                <w:sz w:val="20"/>
              </w:rPr>
              <w:t>37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04F67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c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 xml:space="preserve">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mép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2 cm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2F0B9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C99590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7A36E1CF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D79BC" w14:textId="77777777" w:rsidR="00D23172" w:rsidRDefault="00BE4B1B">
            <w:pPr>
              <w:jc w:val="center"/>
            </w:pPr>
            <w:r>
              <w:rPr>
                <w:sz w:val="20"/>
              </w:rPr>
              <w:t>38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741FA1" w14:textId="77777777" w:rsidR="00D23172" w:rsidRDefault="00BE4B1B">
            <w:r>
              <w:rPr>
                <w:sz w:val="20"/>
              </w:rPr>
              <w:t>T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m đè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nh</w:t>
            </w:r>
            <w:r>
              <w:rPr>
                <w:sz w:val="20"/>
              </w:rPr>
              <w:t>ỏ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EE208E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63C2D9" w14:textId="77777777" w:rsidR="00D23172" w:rsidRDefault="00BE4B1B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D23172" w14:paraId="3AE4BED3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81C061" w14:textId="77777777" w:rsidR="00D23172" w:rsidRDefault="00BE4B1B">
            <w:pPr>
              <w:jc w:val="center"/>
            </w:pPr>
            <w:r>
              <w:rPr>
                <w:sz w:val="20"/>
              </w:rPr>
              <w:t>39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BE1E95" w14:textId="77777777" w:rsidR="00D23172" w:rsidRDefault="00BE4B1B">
            <w:r>
              <w:rPr>
                <w:sz w:val="20"/>
              </w:rPr>
              <w:t>T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m đè g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l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80FB2" w14:textId="77777777" w:rsidR="00D23172" w:rsidRDefault="00BE4B1B">
            <w:pPr>
              <w:jc w:val="center"/>
            </w:pPr>
            <w:r>
              <w:rPr>
                <w:sz w:val="20"/>
              </w:rPr>
              <w:t>Cái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F0A24" w14:textId="77777777" w:rsidR="00D23172" w:rsidRDefault="00BE4B1B">
            <w:pPr>
              <w:jc w:val="center"/>
            </w:pPr>
            <w:r>
              <w:rPr>
                <w:sz w:val="20"/>
              </w:rPr>
              <w:t>10</w:t>
            </w:r>
          </w:p>
        </w:tc>
      </w:tr>
      <w:tr w:rsidR="00D23172" w14:paraId="31F58BC9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7983E2" w14:textId="77777777" w:rsidR="00D23172" w:rsidRDefault="00BE4B1B">
            <w:pPr>
              <w:jc w:val="center"/>
            </w:pPr>
            <w:r>
              <w:rPr>
                <w:sz w:val="20"/>
              </w:rPr>
              <w:t>40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57022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dao c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 khăn 2 lư</w:t>
            </w:r>
            <w:r>
              <w:rPr>
                <w:sz w:val="20"/>
              </w:rPr>
              <w:t>ỡ</w:t>
            </w:r>
            <w:r>
              <w:rPr>
                <w:sz w:val="20"/>
              </w:rPr>
              <w:t>i trên và dư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6BAC15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B5727B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337B846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07337" w14:textId="77777777" w:rsidR="00D23172" w:rsidRDefault="00BE4B1B">
            <w:pPr>
              <w:jc w:val="center"/>
            </w:pPr>
            <w:r>
              <w:rPr>
                <w:sz w:val="20"/>
              </w:rPr>
              <w:t>41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50CC9D" w14:textId="77777777" w:rsidR="00D23172" w:rsidRDefault="00BE4B1B">
            <w:r>
              <w:rPr>
                <w:sz w:val="20"/>
              </w:rPr>
              <w:t>Linh 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tr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 xml:space="preserve">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máy may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C66F64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AC0654" w14:textId="77777777" w:rsidR="00D23172" w:rsidRDefault="00BE4B1B">
            <w:pPr>
              <w:jc w:val="center"/>
            </w:pPr>
            <w:r>
              <w:rPr>
                <w:sz w:val="20"/>
              </w:rPr>
              <w:t>Theo máy</w:t>
            </w:r>
          </w:p>
        </w:tc>
      </w:tr>
      <w:tr w:rsidR="00D23172" w14:paraId="31BBF5A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94477B" w14:textId="77777777" w:rsidR="00D23172" w:rsidRDefault="00BE4B1B">
            <w:pPr>
              <w:jc w:val="center"/>
            </w:pPr>
            <w:r>
              <w:rPr>
                <w:sz w:val="20"/>
              </w:rPr>
              <w:t>42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86F327" w14:textId="77777777" w:rsidR="00D23172" w:rsidRDefault="00BE4B1B">
            <w:r>
              <w:rPr>
                <w:sz w:val="20"/>
              </w:rPr>
              <w:t>Túi 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đ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 xml:space="preserve"> ngh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l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p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t máy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B0538" w14:textId="77777777" w:rsidR="00D23172" w:rsidRDefault="00BE4B1B">
            <w:pPr>
              <w:jc w:val="center"/>
            </w:pPr>
            <w:r>
              <w:rPr>
                <w:sz w:val="20"/>
              </w:rPr>
              <w:t>Túi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41E51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69495309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AB9B1" w14:textId="77777777" w:rsidR="00D23172" w:rsidRDefault="00BE4B1B">
            <w:pPr>
              <w:jc w:val="center"/>
            </w:pPr>
            <w:r>
              <w:rPr>
                <w:sz w:val="20"/>
              </w:rPr>
              <w:t>43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42887B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l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 giác 6 chi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7A8D9B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7529F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2BF13C3C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035FBB" w14:textId="77777777" w:rsidR="00D23172" w:rsidRDefault="00BE4B1B">
            <w:pPr>
              <w:jc w:val="center"/>
            </w:pPr>
            <w:r>
              <w:rPr>
                <w:sz w:val="20"/>
              </w:rPr>
              <w:t>44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C4C25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c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 xml:space="preserve"> lê các kích c</w:t>
            </w:r>
            <w:r>
              <w:rPr>
                <w:sz w:val="20"/>
              </w:rPr>
              <w:t>ỡ</w:t>
            </w:r>
            <w:r>
              <w:rPr>
                <w:sz w:val="20"/>
              </w:rPr>
              <w:t xml:space="preserve"> thông 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81FEA8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135D5B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27DADC28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08AE8" w14:textId="77777777" w:rsidR="00D23172" w:rsidRDefault="00BE4B1B">
            <w:pPr>
              <w:jc w:val="center"/>
            </w:pPr>
            <w:r>
              <w:rPr>
                <w:sz w:val="20"/>
              </w:rPr>
              <w:t>45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FDE091" w14:textId="77777777" w:rsidR="00D23172" w:rsidRDefault="00BE4B1B">
            <w:r>
              <w:rPr>
                <w:sz w:val="20"/>
              </w:rPr>
              <w:t>Tô vít d</w:t>
            </w:r>
            <w:r>
              <w:rPr>
                <w:sz w:val="20"/>
              </w:rPr>
              <w:t>ẹ</w:t>
            </w:r>
            <w:r>
              <w:rPr>
                <w:sz w:val="20"/>
              </w:rPr>
              <w:t>p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9CDEEF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162DE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290FCB90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3CA79A" w14:textId="77777777" w:rsidR="00D23172" w:rsidRDefault="00BE4B1B">
            <w:pPr>
              <w:jc w:val="center"/>
            </w:pPr>
            <w:r>
              <w:rPr>
                <w:sz w:val="20"/>
              </w:rPr>
              <w:t>46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673D8" w14:textId="77777777" w:rsidR="00D23172" w:rsidRDefault="00BE4B1B">
            <w:r>
              <w:rPr>
                <w:sz w:val="20"/>
              </w:rPr>
              <w:t>Tô vít bake 4 c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nh (lo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l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 và nh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)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70872" w14:textId="77777777" w:rsidR="00D23172" w:rsidRDefault="00BE4B1B">
            <w:pPr>
              <w:jc w:val="center"/>
            </w:pPr>
            <w:r>
              <w:rPr>
                <w:sz w:val="20"/>
              </w:rPr>
              <w:t>Cây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9BFB99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D23172" w14:paraId="3F04E881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128E1" w14:textId="77777777" w:rsidR="00D23172" w:rsidRDefault="00BE4B1B">
            <w:pPr>
              <w:jc w:val="center"/>
            </w:pPr>
            <w:r>
              <w:rPr>
                <w:sz w:val="20"/>
              </w:rPr>
              <w:t>47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8A2A35" w14:textId="77777777" w:rsidR="00D23172" w:rsidRDefault="00BE4B1B"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bu lông, đai 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c, vòng đ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 các 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l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n nh</w:t>
            </w:r>
            <w:r>
              <w:rPr>
                <w:sz w:val="20"/>
              </w:rPr>
              <w:t>ỏ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8237BA" w14:textId="77777777" w:rsidR="00D23172" w:rsidRDefault="00BE4B1B">
            <w:pPr>
              <w:jc w:val="center"/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A0B9CD" w14:textId="77777777" w:rsidR="00D23172" w:rsidRDefault="00BE4B1B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D23172" w14:paraId="487FE17E" w14:textId="77777777">
        <w:trPr>
          <w:jc w:val="center"/>
        </w:trPr>
        <w:tc>
          <w:tcPr>
            <w:tcW w:w="7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588072" w14:textId="77777777" w:rsidR="00D23172" w:rsidRDefault="00BE4B1B">
            <w:pPr>
              <w:jc w:val="center"/>
            </w:pPr>
            <w:r>
              <w:rPr>
                <w:sz w:val="20"/>
              </w:rPr>
              <w:t>48</w:t>
            </w:r>
          </w:p>
        </w:tc>
        <w:tc>
          <w:tcPr>
            <w:tcW w:w="60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44583F" w14:textId="77777777" w:rsidR="00D23172" w:rsidRDefault="00BE4B1B">
            <w:r>
              <w:rPr>
                <w:sz w:val="20"/>
              </w:rPr>
              <w:t>H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p kim may chuyên 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máy</w:t>
            </w:r>
          </w:p>
        </w:tc>
        <w:tc>
          <w:tcPr>
            <w:tcW w:w="1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FA69FE" w14:textId="77777777" w:rsidR="00D23172" w:rsidRDefault="00BE4B1B">
            <w:pPr>
              <w:jc w:val="center"/>
            </w:pPr>
            <w:r>
              <w:rPr>
                <w:sz w:val="20"/>
              </w:rPr>
              <w:t>H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p</w:t>
            </w:r>
          </w:p>
        </w:tc>
        <w:tc>
          <w:tcPr>
            <w:tcW w:w="158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C0E78E" w14:textId="77777777" w:rsidR="00D23172" w:rsidRDefault="00BE4B1B">
            <w:pPr>
              <w:jc w:val="center"/>
            </w:pPr>
            <w:r>
              <w:rPr>
                <w:sz w:val="20"/>
              </w:rPr>
              <w:t>2</w:t>
            </w:r>
          </w:p>
        </w:tc>
      </w:tr>
    </w:tbl>
    <w:p w14:paraId="6CFA6D5F" w14:textId="77777777" w:rsidR="00D23172" w:rsidRDefault="00BE4B1B">
      <w:pPr>
        <w:spacing w:before="200" w:after="280"/>
        <w:jc w:val="both"/>
      </w:pPr>
      <w:r>
        <w:t>Ph</w:t>
      </w:r>
      <w:r>
        <w:t>ụ</w:t>
      </w:r>
      <w:r>
        <w:t xml:space="preserve"> l</w:t>
      </w:r>
      <w:r>
        <w:t>ụ</w:t>
      </w:r>
      <w:r>
        <w:t>c này đư</w:t>
      </w:r>
      <w:r>
        <w:t>ợ</w:t>
      </w:r>
      <w:r>
        <w:t>c l</w:t>
      </w:r>
      <w:r>
        <w:t>ậ</w:t>
      </w:r>
      <w:r>
        <w:t>p thành 06 (sáu) b</w:t>
      </w:r>
      <w:r>
        <w:t>ộ</w:t>
      </w:r>
      <w:r>
        <w:t>, ch</w:t>
      </w:r>
      <w:r>
        <w:t>ủ</w:t>
      </w:r>
      <w:r>
        <w:t xml:space="preserve"> đ</w:t>
      </w:r>
      <w:r>
        <w:t>ầ</w:t>
      </w:r>
      <w:r>
        <w:t>u tư gi</w:t>
      </w:r>
      <w:r>
        <w:t>ữ</w:t>
      </w:r>
      <w:r>
        <w:t xml:space="preserve"> 04 (b</w:t>
      </w:r>
      <w:r>
        <w:t>ố</w:t>
      </w:r>
      <w:r>
        <w:t>n) b</w:t>
      </w:r>
      <w:r>
        <w:t>ộ</w:t>
      </w:r>
      <w:r>
        <w:t>, nhà th</w:t>
      </w:r>
      <w:r>
        <w:t>ầ</w:t>
      </w:r>
      <w:r>
        <w:t>u gi</w:t>
      </w:r>
      <w:r>
        <w:t>ữ</w:t>
      </w:r>
      <w:r>
        <w:t xml:space="preserve"> 02 (hai) b</w:t>
      </w:r>
      <w:r>
        <w:t>ộ</w:t>
      </w:r>
      <w:r>
        <w:t>, các b</w:t>
      </w:r>
      <w:r>
        <w:t>ộ</w:t>
      </w:r>
      <w:r>
        <w:t xml:space="preserve"> h</w:t>
      </w:r>
      <w:r>
        <w:t>ợ</w:t>
      </w:r>
      <w:r>
        <w:t>p đ</w:t>
      </w:r>
      <w:r>
        <w:t>ồ</w:t>
      </w:r>
      <w:r>
        <w:t>ng có giá tr</w:t>
      </w:r>
      <w:r>
        <w:t>ị</w:t>
      </w:r>
      <w:r>
        <w:t xml:space="preserve"> pháp lý như nhau.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23172" w14:paraId="7BFC4040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C41B" w14:textId="77777777" w:rsidR="00D23172" w:rsidRDefault="00BE4B1B">
            <w:pPr>
              <w:jc w:val="center"/>
            </w:pPr>
            <w:r>
              <w:rPr>
                <w:b/>
              </w:rPr>
              <w:t>Đ</w:t>
            </w:r>
            <w:r>
              <w:rPr>
                <w:b/>
              </w:rPr>
              <w:t>Ạ</w:t>
            </w:r>
            <w:r>
              <w:rPr>
                <w:b/>
              </w:rPr>
              <w:t>I DI</w:t>
            </w:r>
            <w:r>
              <w:rPr>
                <w:b/>
              </w:rPr>
              <w:t>Ệ</w:t>
            </w:r>
            <w:r>
              <w:rPr>
                <w:b/>
              </w:rPr>
              <w:t>N BÊN A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1D8B" w14:textId="77777777" w:rsidR="00D23172" w:rsidRDefault="00BE4B1B">
            <w:pPr>
              <w:jc w:val="center"/>
            </w:pPr>
            <w:r>
              <w:rPr>
                <w:b/>
              </w:rPr>
              <w:t>Đ</w:t>
            </w:r>
            <w:r>
              <w:rPr>
                <w:b/>
              </w:rPr>
              <w:t>Ạ</w:t>
            </w:r>
            <w:r>
              <w:rPr>
                <w:b/>
              </w:rPr>
              <w:t>I DI</w:t>
            </w:r>
            <w:r>
              <w:rPr>
                <w:b/>
              </w:rPr>
              <w:t>Ệ</w:t>
            </w:r>
            <w:r>
              <w:rPr>
                <w:b/>
              </w:rPr>
              <w:t>N BÊN B</w:t>
            </w:r>
          </w:p>
        </w:tc>
      </w:tr>
      <w:tr w:rsidR="00D23172" w14:paraId="79B3A847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9C087" w14:textId="77777777" w:rsidR="00D23172" w:rsidRDefault="00BE4B1B">
            <w:pPr>
              <w:spacing w:before="1300"/>
              <w:jc w:val="center"/>
            </w:pPr>
            <w:r>
              <w:rPr>
                <w:b/>
              </w:rPr>
              <w:t>B</w:t>
            </w:r>
            <w:r>
              <w:rPr>
                <w:b/>
              </w:rPr>
              <w:t>Ạ</w:t>
            </w:r>
            <w:r>
              <w:rPr>
                <w:b/>
              </w:rPr>
              <w:t>CH TH</w:t>
            </w:r>
            <w:r>
              <w:rPr>
                <w:b/>
              </w:rPr>
              <w:t>Ị</w:t>
            </w:r>
            <w:r>
              <w:rPr>
                <w:b/>
              </w:rPr>
              <w:t xml:space="preserve"> KIM CƯƠNG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BB677" w14:textId="77777777" w:rsidR="00D23172" w:rsidRDefault="00BE4B1B">
            <w:pPr>
              <w:spacing w:before="1300"/>
              <w:jc w:val="center"/>
            </w:pPr>
            <w:r>
              <w:rPr>
                <w:b/>
              </w:rPr>
              <w:t>NGUY</w:t>
            </w:r>
            <w:r>
              <w:rPr>
                <w:b/>
              </w:rPr>
              <w:t>Ễ</w:t>
            </w:r>
            <w:r>
              <w:rPr>
                <w:b/>
              </w:rPr>
              <w:t>N B</w:t>
            </w:r>
            <w:r>
              <w:rPr>
                <w:b/>
              </w:rPr>
              <w:t>Ả</w:t>
            </w:r>
            <w:r>
              <w:rPr>
                <w:b/>
              </w:rPr>
              <w:t>O TH</w:t>
            </w:r>
            <w:r>
              <w:rPr>
                <w:b/>
              </w:rPr>
              <w:t>Ạ</w:t>
            </w:r>
            <w:r>
              <w:rPr>
                <w:b/>
              </w:rPr>
              <w:t>CH</w:t>
            </w:r>
          </w:p>
        </w:tc>
      </w:tr>
    </w:tbl>
    <w:p w14:paraId="7C4B9CB5" w14:textId="77777777" w:rsidR="00BE4B1B" w:rsidRDefault="00BE4B1B"/>
    <w:sectPr w:rsidR="00BE4B1B" w:rsidSect="00034616">
      <w:pgSz w:w="11909" w:h="16834"/>
      <w:pgMar w:top="1138" w:right="1138" w:bottom="113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5301665">
    <w:abstractNumId w:val="8"/>
  </w:num>
  <w:num w:numId="2" w16cid:durableId="82920743">
    <w:abstractNumId w:val="6"/>
  </w:num>
  <w:num w:numId="3" w16cid:durableId="2056391767">
    <w:abstractNumId w:val="5"/>
  </w:num>
  <w:num w:numId="4" w16cid:durableId="25375156">
    <w:abstractNumId w:val="4"/>
  </w:num>
  <w:num w:numId="5" w16cid:durableId="565529580">
    <w:abstractNumId w:val="7"/>
  </w:num>
  <w:num w:numId="6" w16cid:durableId="2055428283">
    <w:abstractNumId w:val="3"/>
  </w:num>
  <w:num w:numId="7" w16cid:durableId="2032611944">
    <w:abstractNumId w:val="2"/>
  </w:num>
  <w:num w:numId="8" w16cid:durableId="409427893">
    <w:abstractNumId w:val="1"/>
  </w:num>
  <w:num w:numId="9" w16cid:durableId="210102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4D51"/>
    <w:rsid w:val="003E374A"/>
    <w:rsid w:val="00AA1D8D"/>
    <w:rsid w:val="00B47730"/>
    <w:rsid w:val="00BE4B1B"/>
    <w:rsid w:val="00CB0664"/>
    <w:rsid w:val="00D231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83B4F1F"/>
  <w14:defaultImageDpi w14:val="300"/>
  <w15:docId w15:val="{46712C1B-D35C-4964-9C22-E27096AC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Hùng Huỳnh Văn</cp:lastModifiedBy>
  <cp:revision>2</cp:revision>
  <dcterms:created xsi:type="dcterms:W3CDTF">2013-12-23T23:15:00Z</dcterms:created>
  <dcterms:modified xsi:type="dcterms:W3CDTF">2026-09-19T08:47:00Z</dcterms:modified>
  <cp:category/>
</cp:coreProperties>
</file>